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76111" w14:textId="004DD1B4" w:rsidR="003B3609" w:rsidRDefault="00000000">
      <w:proofErr w:type="spellStart"/>
      <w:r>
        <w:rPr>
          <w:i/>
          <w:color w:val="595959"/>
          <w:sz w:val="19"/>
        </w:rPr>
        <w:t>Příloha</w:t>
      </w:r>
      <w:proofErr w:type="spellEnd"/>
      <w:r>
        <w:rPr>
          <w:i/>
          <w:color w:val="595959"/>
          <w:sz w:val="19"/>
        </w:rPr>
        <w:t xml:space="preserve"> č. 3 k </w:t>
      </w:r>
      <w:proofErr w:type="spellStart"/>
      <w:r>
        <w:rPr>
          <w:i/>
          <w:color w:val="595959"/>
          <w:sz w:val="19"/>
        </w:rPr>
        <w:t>Výzvě</w:t>
      </w:r>
      <w:proofErr w:type="spellEnd"/>
      <w:r>
        <w:rPr>
          <w:i/>
          <w:color w:val="595959"/>
          <w:sz w:val="19"/>
        </w:rPr>
        <w:t xml:space="preserve"> k </w:t>
      </w:r>
      <w:proofErr w:type="spellStart"/>
      <w:r>
        <w:rPr>
          <w:i/>
          <w:color w:val="595959"/>
          <w:sz w:val="19"/>
        </w:rPr>
        <w:t>podání</w:t>
      </w:r>
      <w:proofErr w:type="spellEnd"/>
      <w:r>
        <w:rPr>
          <w:i/>
          <w:color w:val="595959"/>
          <w:sz w:val="19"/>
        </w:rPr>
        <w:t xml:space="preserve"> </w:t>
      </w:r>
      <w:proofErr w:type="spellStart"/>
      <w:r>
        <w:rPr>
          <w:i/>
          <w:color w:val="595959"/>
          <w:sz w:val="19"/>
        </w:rPr>
        <w:t>nabídky</w:t>
      </w:r>
      <w:proofErr w:type="spellEnd"/>
      <w:r>
        <w:rPr>
          <w:i/>
          <w:color w:val="595959"/>
          <w:sz w:val="19"/>
        </w:rPr>
        <w:t xml:space="preserve"> ze </w:t>
      </w:r>
      <w:proofErr w:type="spellStart"/>
      <w:r>
        <w:rPr>
          <w:i/>
          <w:color w:val="595959"/>
          <w:sz w:val="19"/>
        </w:rPr>
        <w:t>dne</w:t>
      </w:r>
      <w:proofErr w:type="spellEnd"/>
      <w:r>
        <w:rPr>
          <w:i/>
          <w:color w:val="595959"/>
          <w:sz w:val="19"/>
        </w:rPr>
        <w:t xml:space="preserve"> </w:t>
      </w:r>
      <w:r w:rsidR="00C53653">
        <w:rPr>
          <w:i/>
          <w:color w:val="595959"/>
          <w:sz w:val="19"/>
        </w:rPr>
        <w:t>5</w:t>
      </w:r>
      <w:r>
        <w:rPr>
          <w:i/>
          <w:color w:val="595959"/>
          <w:sz w:val="19"/>
        </w:rPr>
        <w:t>.</w:t>
      </w:r>
      <w:r w:rsidR="00C53653">
        <w:rPr>
          <w:i/>
          <w:color w:val="595959"/>
          <w:sz w:val="19"/>
        </w:rPr>
        <w:t>10</w:t>
      </w:r>
      <w:r>
        <w:rPr>
          <w:i/>
          <w:color w:val="595959"/>
          <w:sz w:val="19"/>
        </w:rPr>
        <w:t>. 2026</w:t>
      </w:r>
    </w:p>
    <w:p w14:paraId="0F43B7FF" w14:textId="77777777" w:rsidR="003B3609" w:rsidRDefault="00000000">
      <w:pPr>
        <w:spacing w:after="40"/>
        <w:jc w:val="center"/>
      </w:pPr>
      <w:r>
        <w:rPr>
          <w:b/>
          <w:color w:val="1B365D"/>
          <w:sz w:val="36"/>
        </w:rPr>
        <w:t>KUPNÍ SMLOUVA</w:t>
      </w:r>
    </w:p>
    <w:p w14:paraId="33F67DFD" w14:textId="77777777" w:rsidR="003B3609" w:rsidRDefault="00000000">
      <w:pPr>
        <w:spacing w:after="360"/>
        <w:jc w:val="center"/>
      </w:pPr>
      <w:proofErr w:type="spellStart"/>
      <w:r>
        <w:rPr>
          <w:i/>
          <w:sz w:val="20"/>
        </w:rPr>
        <w:t>uzavřená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dle</w:t>
      </w:r>
      <w:proofErr w:type="spellEnd"/>
      <w:r>
        <w:rPr>
          <w:i/>
          <w:sz w:val="20"/>
        </w:rPr>
        <w:t xml:space="preserve"> § 2079 a </w:t>
      </w:r>
      <w:proofErr w:type="spellStart"/>
      <w:r>
        <w:rPr>
          <w:i/>
          <w:sz w:val="20"/>
        </w:rPr>
        <w:t>násl</w:t>
      </w:r>
      <w:proofErr w:type="spellEnd"/>
      <w:r>
        <w:rPr>
          <w:i/>
          <w:sz w:val="20"/>
        </w:rPr>
        <w:t xml:space="preserve">. </w:t>
      </w:r>
      <w:proofErr w:type="spellStart"/>
      <w:r>
        <w:rPr>
          <w:i/>
          <w:sz w:val="20"/>
        </w:rPr>
        <w:t>zákona</w:t>
      </w:r>
      <w:proofErr w:type="spellEnd"/>
      <w:r>
        <w:rPr>
          <w:i/>
          <w:sz w:val="20"/>
        </w:rPr>
        <w:t xml:space="preserve"> č. 89/2012 Sb., </w:t>
      </w:r>
      <w:proofErr w:type="spellStart"/>
      <w:r>
        <w:rPr>
          <w:i/>
          <w:sz w:val="20"/>
        </w:rPr>
        <w:t>občanský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zákoník</w:t>
      </w:r>
      <w:proofErr w:type="spellEnd"/>
      <w:r>
        <w:rPr>
          <w:i/>
          <w:sz w:val="20"/>
        </w:rPr>
        <w:t xml:space="preserve">, v </w:t>
      </w:r>
      <w:proofErr w:type="spellStart"/>
      <w:r>
        <w:rPr>
          <w:i/>
          <w:sz w:val="20"/>
        </w:rPr>
        <w:t>platném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znění</w:t>
      </w:r>
      <w:proofErr w:type="spellEnd"/>
      <w:r>
        <w:rPr>
          <w:i/>
          <w:sz w:val="20"/>
        </w:rPr>
        <w:br/>
      </w:r>
      <w:proofErr w:type="spellStart"/>
      <w:r>
        <w:rPr>
          <w:i/>
          <w:sz w:val="20"/>
        </w:rPr>
        <w:t>na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dodávku</w:t>
      </w:r>
      <w:proofErr w:type="spellEnd"/>
      <w:r>
        <w:rPr>
          <w:i/>
          <w:sz w:val="20"/>
        </w:rPr>
        <w:t xml:space="preserve"> 3 </w:t>
      </w:r>
      <w:proofErr w:type="spellStart"/>
      <w:r>
        <w:rPr>
          <w:i/>
          <w:sz w:val="20"/>
        </w:rPr>
        <w:t>ks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osobních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automobilů</w:t>
      </w:r>
      <w:proofErr w:type="spellEnd"/>
      <w:r>
        <w:rPr>
          <w:i/>
          <w:sz w:val="20"/>
        </w:rPr>
        <w:t xml:space="preserve"> pro </w:t>
      </w:r>
      <w:proofErr w:type="spellStart"/>
      <w:r>
        <w:rPr>
          <w:i/>
          <w:sz w:val="20"/>
        </w:rPr>
        <w:t>Pečovatelskou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službu</w:t>
      </w:r>
      <w:proofErr w:type="spellEnd"/>
    </w:p>
    <w:p w14:paraId="124C3046" w14:textId="77777777" w:rsidR="003B3609" w:rsidRDefault="00000000">
      <w:pPr>
        <w:spacing w:before="200" w:after="120"/>
      </w:pPr>
      <w:proofErr w:type="spellStart"/>
      <w:r>
        <w:rPr>
          <w:b/>
          <w:color w:val="1B365D"/>
          <w:sz w:val="26"/>
        </w:rPr>
        <w:t>Článek</w:t>
      </w:r>
      <w:proofErr w:type="spellEnd"/>
      <w:r>
        <w:rPr>
          <w:b/>
          <w:color w:val="1B365D"/>
          <w:sz w:val="26"/>
        </w:rPr>
        <w:t xml:space="preserve"> I.</w:t>
      </w:r>
      <w:r>
        <w:rPr>
          <w:b/>
          <w:color w:val="1B365D"/>
          <w:sz w:val="26"/>
        </w:rPr>
        <w:br/>
      </w:r>
      <w:proofErr w:type="spellStart"/>
      <w:r>
        <w:rPr>
          <w:b/>
          <w:color w:val="1B365D"/>
          <w:sz w:val="26"/>
        </w:rPr>
        <w:t>Smluvní</w:t>
      </w:r>
      <w:proofErr w:type="spellEnd"/>
      <w:r>
        <w:rPr>
          <w:b/>
          <w:color w:val="1B365D"/>
          <w:sz w:val="26"/>
        </w:rPr>
        <w:t xml:space="preserve"> </w:t>
      </w:r>
      <w:proofErr w:type="spellStart"/>
      <w:r>
        <w:rPr>
          <w:b/>
          <w:color w:val="1B365D"/>
          <w:sz w:val="26"/>
        </w:rPr>
        <w:t>strany</w:t>
      </w:r>
      <w:proofErr w:type="spellEnd"/>
    </w:p>
    <w:p w14:paraId="0FE4AD59" w14:textId="77777777" w:rsidR="003B3609" w:rsidRDefault="00000000">
      <w:pPr>
        <w:spacing w:after="80"/>
      </w:pPr>
      <w:r>
        <w:rPr>
          <w:b/>
        </w:rPr>
        <w:t xml:space="preserve">1. </w:t>
      </w:r>
      <w:proofErr w:type="spellStart"/>
      <w:r>
        <w:rPr>
          <w:b/>
        </w:rPr>
        <w:t>Kupující</w:t>
      </w:r>
      <w:proofErr w:type="spellEnd"/>
      <w:r>
        <w:rPr>
          <w:b/>
        </w:rPr>
        <w:t>:</w:t>
      </w:r>
      <w:r>
        <w:rPr>
          <w:b/>
        </w:rPr>
        <w:tab/>
      </w:r>
      <w:r>
        <w:rPr>
          <w:b/>
        </w:rPr>
        <w:tab/>
      </w:r>
      <w:proofErr w:type="spellStart"/>
      <w:r>
        <w:t>Ústav</w:t>
      </w:r>
      <w:proofErr w:type="spellEnd"/>
      <w:r>
        <w:t xml:space="preserve"> </w:t>
      </w:r>
      <w:proofErr w:type="spellStart"/>
      <w:r>
        <w:t>sociálních</w:t>
      </w:r>
      <w:proofErr w:type="spellEnd"/>
      <w:r>
        <w:t xml:space="preserve"> </w:t>
      </w:r>
      <w:proofErr w:type="spellStart"/>
      <w:r>
        <w:t>služeb</w:t>
      </w:r>
      <w:proofErr w:type="spellEnd"/>
      <w:r>
        <w:t xml:space="preserve"> </w:t>
      </w:r>
      <w:proofErr w:type="spellStart"/>
      <w:r>
        <w:t>města</w:t>
      </w:r>
      <w:proofErr w:type="spellEnd"/>
      <w:r>
        <w:t xml:space="preserve"> </w:t>
      </w:r>
      <w:proofErr w:type="spellStart"/>
      <w:r>
        <w:t>Nové</w:t>
      </w:r>
      <w:proofErr w:type="spellEnd"/>
      <w:r>
        <w:t xml:space="preserve"> Paky</w:t>
      </w:r>
      <w:r>
        <w:br/>
        <w:t xml:space="preserve">   </w:t>
      </w:r>
      <w:proofErr w:type="spellStart"/>
      <w:r>
        <w:t>Sídlo</w:t>
      </w:r>
      <w:proofErr w:type="spellEnd"/>
      <w:r>
        <w:t>:</w:t>
      </w:r>
      <w:r>
        <w:tab/>
      </w:r>
      <w:r>
        <w:tab/>
      </w:r>
      <w:r>
        <w:tab/>
      </w:r>
      <w:proofErr w:type="spellStart"/>
      <w:r>
        <w:t>Svatojánská</w:t>
      </w:r>
      <w:proofErr w:type="spellEnd"/>
      <w:r>
        <w:t xml:space="preserve"> 494, 509 01 Nová Paka</w:t>
      </w:r>
      <w:r>
        <w:br/>
        <w:t xml:space="preserve">   IČO:</w:t>
      </w:r>
      <w:r>
        <w:tab/>
      </w:r>
      <w:r>
        <w:tab/>
      </w:r>
      <w:r>
        <w:tab/>
        <w:t>601 17 150</w:t>
      </w:r>
      <w:r>
        <w:br/>
        <w:t xml:space="preserve">   </w:t>
      </w:r>
      <w:proofErr w:type="spellStart"/>
      <w:r>
        <w:t>Zřizovatel</w:t>
      </w:r>
      <w:proofErr w:type="spellEnd"/>
      <w:r>
        <w:t>:</w:t>
      </w:r>
      <w:r>
        <w:tab/>
      </w:r>
      <w:r>
        <w:tab/>
      </w:r>
      <w:proofErr w:type="spellStart"/>
      <w:r>
        <w:t>Město</w:t>
      </w:r>
      <w:proofErr w:type="spellEnd"/>
      <w:r>
        <w:t xml:space="preserve"> Nová Paka</w:t>
      </w:r>
      <w:r>
        <w:br/>
        <w:t xml:space="preserve">   </w:t>
      </w:r>
      <w:proofErr w:type="spellStart"/>
      <w:r>
        <w:t>Statutární</w:t>
      </w:r>
      <w:proofErr w:type="spellEnd"/>
      <w:r>
        <w:t xml:space="preserve"> </w:t>
      </w:r>
      <w:proofErr w:type="spellStart"/>
      <w:r>
        <w:t>orgán</w:t>
      </w:r>
      <w:proofErr w:type="spellEnd"/>
      <w:r>
        <w:t>:</w:t>
      </w:r>
      <w:r>
        <w:tab/>
        <w:t xml:space="preserve">Ing. Vladimír Šimek, </w:t>
      </w:r>
      <w:proofErr w:type="spellStart"/>
      <w:r>
        <w:t>ředitel</w:t>
      </w:r>
      <w:proofErr w:type="spellEnd"/>
      <w:r>
        <w:t xml:space="preserve"> </w:t>
      </w:r>
      <w:proofErr w:type="spellStart"/>
      <w:r>
        <w:t>zařízení</w:t>
      </w:r>
      <w:proofErr w:type="spellEnd"/>
      <w:r>
        <w:br/>
        <w:t xml:space="preserve">   </w:t>
      </w:r>
      <w:proofErr w:type="spellStart"/>
      <w:r>
        <w:t>Kontaktní</w:t>
      </w:r>
      <w:proofErr w:type="spellEnd"/>
      <w:r>
        <w:t xml:space="preserve"> </w:t>
      </w:r>
      <w:proofErr w:type="spellStart"/>
      <w:r>
        <w:t>osoba</w:t>
      </w:r>
      <w:proofErr w:type="spellEnd"/>
      <w:r>
        <w:t>:</w:t>
      </w:r>
      <w:r>
        <w:tab/>
        <w:t xml:space="preserve">Bc. Zdeňka Skořepová, </w:t>
      </w:r>
      <w:proofErr w:type="spellStart"/>
      <w:r>
        <w:t>vedoucí</w:t>
      </w:r>
      <w:proofErr w:type="spellEnd"/>
      <w:r>
        <w:t xml:space="preserve"> </w:t>
      </w:r>
      <w:proofErr w:type="spellStart"/>
      <w:r>
        <w:t>Pečovatelské</w:t>
      </w:r>
      <w:proofErr w:type="spellEnd"/>
      <w:r>
        <w:t xml:space="preserve"> </w:t>
      </w:r>
      <w:proofErr w:type="spellStart"/>
      <w:r>
        <w:t>služby</w:t>
      </w:r>
      <w:proofErr w:type="spellEnd"/>
      <w:r>
        <w:br/>
        <w:t xml:space="preserve">   </w:t>
      </w:r>
      <w:proofErr w:type="spellStart"/>
      <w:r>
        <w:t>Bankovní</w:t>
      </w:r>
      <w:proofErr w:type="spellEnd"/>
      <w:r>
        <w:t xml:space="preserve"> </w:t>
      </w:r>
      <w:proofErr w:type="spellStart"/>
      <w:r>
        <w:t>spojení</w:t>
      </w:r>
      <w:proofErr w:type="spellEnd"/>
      <w:r>
        <w:t>:</w:t>
      </w:r>
      <w:r>
        <w:tab/>
      </w:r>
      <w:proofErr w:type="spellStart"/>
      <w:r>
        <w:t>Komerční</w:t>
      </w:r>
      <w:proofErr w:type="spellEnd"/>
      <w:r>
        <w:t xml:space="preserve"> </w:t>
      </w:r>
      <w:proofErr w:type="spellStart"/>
      <w:r>
        <w:t>banka</w:t>
      </w:r>
      <w:proofErr w:type="spellEnd"/>
      <w:r>
        <w:t xml:space="preserve">, </w:t>
      </w:r>
      <w:proofErr w:type="spellStart"/>
      <w:r>
        <w:t>a.s.</w:t>
      </w:r>
      <w:proofErr w:type="spellEnd"/>
      <w:r>
        <w:t xml:space="preserve">, </w:t>
      </w:r>
      <w:proofErr w:type="spellStart"/>
      <w:r>
        <w:t>pobočka</w:t>
      </w:r>
      <w:proofErr w:type="spellEnd"/>
      <w:r>
        <w:t xml:space="preserve"> </w:t>
      </w:r>
      <w:proofErr w:type="spellStart"/>
      <w:r>
        <w:t>Jičín</w:t>
      </w:r>
      <w:proofErr w:type="spellEnd"/>
      <w:r>
        <w:br/>
        <w:t xml:space="preserve">   </w:t>
      </w:r>
      <w:proofErr w:type="spellStart"/>
      <w:r>
        <w:t>Číslo</w:t>
      </w:r>
      <w:proofErr w:type="spellEnd"/>
      <w:r>
        <w:t xml:space="preserve"> </w:t>
      </w:r>
      <w:proofErr w:type="spellStart"/>
      <w:r>
        <w:t>účtu</w:t>
      </w:r>
      <w:proofErr w:type="spellEnd"/>
      <w:r>
        <w:t>:</w:t>
      </w:r>
      <w:r>
        <w:tab/>
      </w:r>
      <w:r>
        <w:tab/>
        <w:t>315 23 541/0100</w:t>
      </w:r>
      <w:r>
        <w:br/>
        <w:t xml:space="preserve">   (</w:t>
      </w:r>
      <w:proofErr w:type="spellStart"/>
      <w:r>
        <w:t>dále</w:t>
      </w:r>
      <w:proofErr w:type="spellEnd"/>
      <w:r>
        <w:t xml:space="preserve"> </w:t>
      </w:r>
      <w:proofErr w:type="spellStart"/>
      <w:r>
        <w:t>jen</w:t>
      </w:r>
      <w:proofErr w:type="spellEnd"/>
      <w:r>
        <w:t xml:space="preserve"> „</w:t>
      </w:r>
      <w:proofErr w:type="spellStart"/>
      <w:r>
        <w:t>Kupující</w:t>
      </w:r>
      <w:proofErr w:type="spellEnd"/>
      <w:r>
        <w:t xml:space="preserve">“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straně</w:t>
      </w:r>
      <w:proofErr w:type="spellEnd"/>
      <w:r>
        <w:t xml:space="preserve"> </w:t>
      </w:r>
      <w:proofErr w:type="spellStart"/>
      <w:r>
        <w:t>jedné</w:t>
      </w:r>
      <w:proofErr w:type="spellEnd"/>
      <w:r>
        <w:t>)</w:t>
      </w:r>
      <w:r>
        <w:br/>
      </w:r>
    </w:p>
    <w:p w14:paraId="52DAE07C" w14:textId="77777777" w:rsidR="003B3609" w:rsidRDefault="00000000">
      <w:pPr>
        <w:spacing w:after="240"/>
      </w:pPr>
      <w:r>
        <w:rPr>
          <w:b/>
        </w:rPr>
        <w:t xml:space="preserve">2. </w:t>
      </w:r>
      <w:proofErr w:type="spellStart"/>
      <w:r>
        <w:rPr>
          <w:b/>
        </w:rPr>
        <w:t>Prodávající</w:t>
      </w:r>
      <w:proofErr w:type="spellEnd"/>
      <w:r>
        <w:rPr>
          <w:b/>
        </w:rPr>
        <w:t>:</w:t>
      </w:r>
      <w:r>
        <w:rPr>
          <w:b/>
        </w:rPr>
        <w:tab/>
      </w:r>
      <w:r>
        <w:t xml:space="preserve">[DOPLNÍ UCHAZEČ – </w:t>
      </w:r>
      <w:proofErr w:type="spellStart"/>
      <w:r>
        <w:t>Obchodní</w:t>
      </w:r>
      <w:proofErr w:type="spellEnd"/>
      <w:r>
        <w:t xml:space="preserve"> </w:t>
      </w:r>
      <w:proofErr w:type="spellStart"/>
      <w:r>
        <w:t>firma</w:t>
      </w:r>
      <w:proofErr w:type="spellEnd"/>
      <w:r>
        <w:t xml:space="preserve"> / </w:t>
      </w:r>
      <w:proofErr w:type="spellStart"/>
      <w:r>
        <w:t>název</w:t>
      </w:r>
      <w:proofErr w:type="spellEnd"/>
      <w:r>
        <w:t>]</w:t>
      </w:r>
      <w:r>
        <w:br/>
        <w:t xml:space="preserve">   </w:t>
      </w:r>
      <w:proofErr w:type="spellStart"/>
      <w:r>
        <w:t>Sídlo</w:t>
      </w:r>
      <w:proofErr w:type="spellEnd"/>
      <w:r>
        <w:t xml:space="preserve"> / </w:t>
      </w:r>
      <w:proofErr w:type="spellStart"/>
      <w:r>
        <w:t>Adresa</w:t>
      </w:r>
      <w:proofErr w:type="spellEnd"/>
      <w:r>
        <w:t>:</w:t>
      </w:r>
      <w:r>
        <w:tab/>
      </w:r>
      <w:r w:rsidRPr="00F26D0F">
        <w:rPr>
          <w:highlight w:val="lightGray"/>
        </w:rPr>
        <w:t>[</w:t>
      </w:r>
      <w:proofErr w:type="spellStart"/>
      <w:r w:rsidRPr="00F26D0F">
        <w:rPr>
          <w:highlight w:val="lightGray"/>
        </w:rPr>
        <w:t>Doplní</w:t>
      </w:r>
      <w:proofErr w:type="spellEnd"/>
      <w:r w:rsidRPr="00F26D0F">
        <w:rPr>
          <w:highlight w:val="lightGray"/>
        </w:rPr>
        <w:t xml:space="preserve"> </w:t>
      </w:r>
      <w:proofErr w:type="spellStart"/>
      <w:r w:rsidRPr="00F26D0F">
        <w:rPr>
          <w:highlight w:val="lightGray"/>
        </w:rPr>
        <w:t>uchazeč</w:t>
      </w:r>
      <w:proofErr w:type="spellEnd"/>
      <w:r w:rsidRPr="00F26D0F">
        <w:rPr>
          <w:highlight w:val="lightGray"/>
        </w:rPr>
        <w:t>]</w:t>
      </w:r>
      <w:r>
        <w:br/>
        <w:t xml:space="preserve">   IČO / DIČ:</w:t>
      </w:r>
      <w:r>
        <w:tab/>
      </w:r>
      <w:r>
        <w:tab/>
      </w:r>
      <w:r w:rsidRPr="00F26D0F">
        <w:rPr>
          <w:highlight w:val="lightGray"/>
        </w:rPr>
        <w:t>[</w:t>
      </w:r>
      <w:proofErr w:type="spellStart"/>
      <w:r w:rsidRPr="00F26D0F">
        <w:rPr>
          <w:highlight w:val="lightGray"/>
        </w:rPr>
        <w:t>Doplní</w:t>
      </w:r>
      <w:proofErr w:type="spellEnd"/>
      <w:r w:rsidRPr="00F26D0F">
        <w:rPr>
          <w:highlight w:val="lightGray"/>
        </w:rPr>
        <w:t xml:space="preserve"> </w:t>
      </w:r>
      <w:proofErr w:type="spellStart"/>
      <w:r w:rsidRPr="00F26D0F">
        <w:rPr>
          <w:highlight w:val="lightGray"/>
        </w:rPr>
        <w:t>uchazeč</w:t>
      </w:r>
      <w:proofErr w:type="spellEnd"/>
      <w:r w:rsidRPr="00F26D0F">
        <w:rPr>
          <w:highlight w:val="lightGray"/>
        </w:rPr>
        <w:t>] / [</w:t>
      </w:r>
      <w:proofErr w:type="spellStart"/>
      <w:r w:rsidRPr="00F26D0F">
        <w:rPr>
          <w:highlight w:val="lightGray"/>
        </w:rPr>
        <w:t>Doplní</w:t>
      </w:r>
      <w:proofErr w:type="spellEnd"/>
      <w:r w:rsidRPr="00F26D0F">
        <w:rPr>
          <w:highlight w:val="lightGray"/>
        </w:rPr>
        <w:t xml:space="preserve"> </w:t>
      </w:r>
      <w:proofErr w:type="spellStart"/>
      <w:r w:rsidRPr="00F26D0F">
        <w:rPr>
          <w:highlight w:val="lightGray"/>
        </w:rPr>
        <w:t>uchazeč</w:t>
      </w:r>
      <w:proofErr w:type="spellEnd"/>
      <w:r w:rsidRPr="00F26D0F">
        <w:rPr>
          <w:highlight w:val="lightGray"/>
        </w:rPr>
        <w:t>]</w:t>
      </w:r>
      <w:r>
        <w:br/>
        <w:t xml:space="preserve">   </w:t>
      </w:r>
      <w:proofErr w:type="spellStart"/>
      <w:r>
        <w:t>Spisová</w:t>
      </w:r>
      <w:proofErr w:type="spellEnd"/>
      <w:r>
        <w:t xml:space="preserve"> </w:t>
      </w:r>
      <w:proofErr w:type="spellStart"/>
      <w:r>
        <w:t>značka</w:t>
      </w:r>
      <w:proofErr w:type="spellEnd"/>
      <w:r>
        <w:t>:</w:t>
      </w:r>
      <w:r>
        <w:tab/>
      </w:r>
      <w:r w:rsidRPr="00F26D0F">
        <w:rPr>
          <w:highlight w:val="lightGray"/>
        </w:rPr>
        <w:t>[</w:t>
      </w:r>
      <w:proofErr w:type="spellStart"/>
      <w:r w:rsidRPr="00F26D0F">
        <w:rPr>
          <w:highlight w:val="lightGray"/>
        </w:rPr>
        <w:t>Doplní</w:t>
      </w:r>
      <w:proofErr w:type="spellEnd"/>
      <w:r w:rsidRPr="00F26D0F">
        <w:rPr>
          <w:highlight w:val="lightGray"/>
        </w:rPr>
        <w:t xml:space="preserve"> </w:t>
      </w:r>
      <w:proofErr w:type="spellStart"/>
      <w:r w:rsidRPr="00F26D0F">
        <w:rPr>
          <w:highlight w:val="lightGray"/>
        </w:rPr>
        <w:t>uchazeč</w:t>
      </w:r>
      <w:proofErr w:type="spellEnd"/>
      <w:r w:rsidRPr="00F26D0F">
        <w:rPr>
          <w:highlight w:val="lightGray"/>
        </w:rPr>
        <w:t xml:space="preserve"> – </w:t>
      </w:r>
      <w:proofErr w:type="spellStart"/>
      <w:r w:rsidRPr="00F26D0F">
        <w:rPr>
          <w:highlight w:val="lightGray"/>
        </w:rPr>
        <w:t>zápis</w:t>
      </w:r>
      <w:proofErr w:type="spellEnd"/>
      <w:r w:rsidRPr="00F26D0F">
        <w:rPr>
          <w:highlight w:val="lightGray"/>
        </w:rPr>
        <w:t xml:space="preserve"> v OR / ŽR]</w:t>
      </w:r>
      <w:r>
        <w:br/>
        <w:t xml:space="preserve">   </w:t>
      </w:r>
      <w:proofErr w:type="spellStart"/>
      <w:r>
        <w:t>Statutární</w:t>
      </w:r>
      <w:proofErr w:type="spellEnd"/>
      <w:r>
        <w:t xml:space="preserve"> </w:t>
      </w:r>
      <w:proofErr w:type="spellStart"/>
      <w:r>
        <w:t>orgán</w:t>
      </w:r>
      <w:proofErr w:type="spellEnd"/>
      <w:r>
        <w:t>:</w:t>
      </w:r>
      <w:r>
        <w:tab/>
      </w:r>
      <w:r w:rsidRPr="00B33B2B">
        <w:rPr>
          <w:highlight w:val="lightGray"/>
        </w:rPr>
        <w:t>[</w:t>
      </w:r>
      <w:proofErr w:type="spellStart"/>
      <w:r w:rsidRPr="00B33B2B">
        <w:rPr>
          <w:highlight w:val="lightGray"/>
        </w:rPr>
        <w:t>Doplní</w:t>
      </w:r>
      <w:proofErr w:type="spellEnd"/>
      <w:r w:rsidRPr="00B33B2B">
        <w:rPr>
          <w:highlight w:val="lightGray"/>
        </w:rPr>
        <w:t xml:space="preserve"> </w:t>
      </w:r>
      <w:proofErr w:type="spellStart"/>
      <w:r w:rsidRPr="00B33B2B">
        <w:rPr>
          <w:highlight w:val="lightGray"/>
        </w:rPr>
        <w:t>uchazeč</w:t>
      </w:r>
      <w:proofErr w:type="spellEnd"/>
      <w:r w:rsidRPr="00B33B2B">
        <w:rPr>
          <w:highlight w:val="lightGray"/>
        </w:rPr>
        <w:t>]</w:t>
      </w:r>
      <w:r>
        <w:br/>
        <w:t xml:space="preserve">   </w:t>
      </w:r>
      <w:proofErr w:type="spellStart"/>
      <w:r>
        <w:t>Bankovní</w:t>
      </w:r>
      <w:proofErr w:type="spellEnd"/>
      <w:r>
        <w:t xml:space="preserve"> </w:t>
      </w:r>
      <w:proofErr w:type="spellStart"/>
      <w:r>
        <w:t>spojení</w:t>
      </w:r>
      <w:proofErr w:type="spellEnd"/>
      <w:r>
        <w:t>:</w:t>
      </w:r>
      <w:r>
        <w:tab/>
      </w:r>
      <w:r w:rsidRPr="00B33B2B">
        <w:rPr>
          <w:highlight w:val="lightGray"/>
        </w:rPr>
        <w:t>[</w:t>
      </w:r>
      <w:proofErr w:type="spellStart"/>
      <w:r w:rsidRPr="00B33B2B">
        <w:rPr>
          <w:highlight w:val="lightGray"/>
        </w:rPr>
        <w:t>Doplní</w:t>
      </w:r>
      <w:proofErr w:type="spellEnd"/>
      <w:r w:rsidRPr="00B33B2B">
        <w:rPr>
          <w:highlight w:val="lightGray"/>
        </w:rPr>
        <w:t xml:space="preserve"> </w:t>
      </w:r>
      <w:proofErr w:type="spellStart"/>
      <w:r w:rsidRPr="00B33B2B">
        <w:rPr>
          <w:highlight w:val="lightGray"/>
        </w:rPr>
        <w:t>uchazeč</w:t>
      </w:r>
      <w:proofErr w:type="spellEnd"/>
      <w:r w:rsidRPr="00B33B2B">
        <w:rPr>
          <w:highlight w:val="lightGray"/>
        </w:rPr>
        <w:t>]</w:t>
      </w:r>
      <w:r>
        <w:br/>
        <w:t xml:space="preserve">   </w:t>
      </w:r>
      <w:proofErr w:type="spellStart"/>
      <w:r>
        <w:t>Číslo</w:t>
      </w:r>
      <w:proofErr w:type="spellEnd"/>
      <w:r>
        <w:t xml:space="preserve"> </w:t>
      </w:r>
      <w:proofErr w:type="spellStart"/>
      <w:r>
        <w:t>účtu</w:t>
      </w:r>
      <w:proofErr w:type="spellEnd"/>
      <w:r>
        <w:t>:</w:t>
      </w:r>
      <w:r>
        <w:tab/>
      </w:r>
      <w:r>
        <w:tab/>
      </w:r>
      <w:r w:rsidRPr="00B33B2B">
        <w:rPr>
          <w:highlight w:val="lightGray"/>
        </w:rPr>
        <w:t>[</w:t>
      </w:r>
      <w:proofErr w:type="spellStart"/>
      <w:r w:rsidRPr="00B33B2B">
        <w:rPr>
          <w:highlight w:val="lightGray"/>
        </w:rPr>
        <w:t>Doplní</w:t>
      </w:r>
      <w:proofErr w:type="spellEnd"/>
      <w:r w:rsidRPr="00B33B2B">
        <w:rPr>
          <w:highlight w:val="lightGray"/>
        </w:rPr>
        <w:t xml:space="preserve"> </w:t>
      </w:r>
      <w:proofErr w:type="spellStart"/>
      <w:r w:rsidRPr="00B33B2B">
        <w:rPr>
          <w:highlight w:val="lightGray"/>
        </w:rPr>
        <w:t>uchazeč</w:t>
      </w:r>
      <w:proofErr w:type="spellEnd"/>
      <w:r w:rsidRPr="00B33B2B">
        <w:rPr>
          <w:highlight w:val="lightGray"/>
        </w:rPr>
        <w:t>]</w:t>
      </w:r>
      <w:r>
        <w:br/>
        <w:t xml:space="preserve">   (</w:t>
      </w:r>
      <w:proofErr w:type="spellStart"/>
      <w:r>
        <w:t>dále</w:t>
      </w:r>
      <w:proofErr w:type="spellEnd"/>
      <w:r>
        <w:t xml:space="preserve"> </w:t>
      </w:r>
      <w:proofErr w:type="spellStart"/>
      <w:r>
        <w:t>jen</w:t>
      </w:r>
      <w:proofErr w:type="spellEnd"/>
      <w:r>
        <w:t xml:space="preserve"> „</w:t>
      </w:r>
      <w:proofErr w:type="spellStart"/>
      <w:r>
        <w:t>Prodávající</w:t>
      </w:r>
      <w:proofErr w:type="spellEnd"/>
      <w:r>
        <w:t xml:space="preserve">“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straně</w:t>
      </w:r>
      <w:proofErr w:type="spellEnd"/>
      <w:r>
        <w:t xml:space="preserve"> </w:t>
      </w:r>
      <w:proofErr w:type="spellStart"/>
      <w:r>
        <w:t>druhé</w:t>
      </w:r>
      <w:proofErr w:type="spellEnd"/>
      <w:r>
        <w:t>)</w:t>
      </w:r>
      <w:r>
        <w:br/>
      </w:r>
    </w:p>
    <w:p w14:paraId="31E2D4E2" w14:textId="77777777" w:rsidR="003B3609" w:rsidRDefault="00000000">
      <w:pPr>
        <w:spacing w:before="200" w:after="120"/>
      </w:pPr>
      <w:proofErr w:type="spellStart"/>
      <w:r>
        <w:rPr>
          <w:b/>
          <w:color w:val="1B365D"/>
          <w:sz w:val="26"/>
        </w:rPr>
        <w:t>Článek</w:t>
      </w:r>
      <w:proofErr w:type="spellEnd"/>
      <w:r>
        <w:rPr>
          <w:b/>
          <w:color w:val="1B365D"/>
          <w:sz w:val="26"/>
        </w:rPr>
        <w:t xml:space="preserve"> II.</w:t>
      </w:r>
      <w:r>
        <w:rPr>
          <w:b/>
          <w:color w:val="1B365D"/>
          <w:sz w:val="26"/>
        </w:rPr>
        <w:br/>
      </w:r>
      <w:proofErr w:type="spellStart"/>
      <w:r>
        <w:rPr>
          <w:b/>
          <w:color w:val="1B365D"/>
          <w:sz w:val="26"/>
        </w:rPr>
        <w:t>Předmět</w:t>
      </w:r>
      <w:proofErr w:type="spellEnd"/>
      <w:r>
        <w:rPr>
          <w:b/>
          <w:color w:val="1B365D"/>
          <w:sz w:val="26"/>
        </w:rPr>
        <w:t xml:space="preserve"> </w:t>
      </w:r>
      <w:proofErr w:type="spellStart"/>
      <w:r>
        <w:rPr>
          <w:b/>
          <w:color w:val="1B365D"/>
          <w:sz w:val="26"/>
        </w:rPr>
        <w:t>smlouvy</w:t>
      </w:r>
      <w:proofErr w:type="spellEnd"/>
    </w:p>
    <w:p w14:paraId="660DA1CA" w14:textId="78AEF7BA" w:rsidR="003B3609" w:rsidRDefault="00000000">
      <w:pPr>
        <w:spacing w:after="120"/>
      </w:pPr>
      <w:r>
        <w:t xml:space="preserve">1. </w:t>
      </w:r>
      <w:proofErr w:type="spellStart"/>
      <w:r>
        <w:t>Prodávající</w:t>
      </w:r>
      <w:proofErr w:type="spellEnd"/>
      <w:r>
        <w:t xml:space="preserve"> se </w:t>
      </w:r>
      <w:proofErr w:type="spellStart"/>
      <w:r>
        <w:t>zavazuje</w:t>
      </w:r>
      <w:proofErr w:type="spellEnd"/>
      <w:r>
        <w:t xml:space="preserve"> </w:t>
      </w:r>
      <w:proofErr w:type="spellStart"/>
      <w:r>
        <w:t>dodat</w:t>
      </w:r>
      <w:proofErr w:type="spellEnd"/>
      <w:r>
        <w:t xml:space="preserve"> </w:t>
      </w:r>
      <w:proofErr w:type="spellStart"/>
      <w:r>
        <w:t>Kupujícímu</w:t>
      </w:r>
      <w:proofErr w:type="spellEnd"/>
      <w:r>
        <w:t xml:space="preserve"> 3 (</w:t>
      </w:r>
      <w:proofErr w:type="spellStart"/>
      <w:r>
        <w:t>tři</w:t>
      </w:r>
      <w:proofErr w:type="spellEnd"/>
      <w:r>
        <w:t xml:space="preserve">) </w:t>
      </w:r>
      <w:proofErr w:type="spellStart"/>
      <w:r>
        <w:t>kusy</w:t>
      </w:r>
      <w:proofErr w:type="spellEnd"/>
      <w:r>
        <w:t xml:space="preserve"> </w:t>
      </w:r>
      <w:proofErr w:type="spellStart"/>
      <w:r>
        <w:t>nových</w:t>
      </w:r>
      <w:proofErr w:type="spellEnd"/>
      <w:r>
        <w:t xml:space="preserve">, </w:t>
      </w:r>
      <w:proofErr w:type="spellStart"/>
      <w:r>
        <w:t>neprovozovaných</w:t>
      </w:r>
      <w:proofErr w:type="spellEnd"/>
      <w:r>
        <w:t xml:space="preserve"> </w:t>
      </w:r>
      <w:proofErr w:type="spellStart"/>
      <w:r>
        <w:t>osobních</w:t>
      </w:r>
      <w:proofErr w:type="spellEnd"/>
      <w:r>
        <w:t xml:space="preserve"> </w:t>
      </w:r>
      <w:proofErr w:type="spellStart"/>
      <w:r>
        <w:t>automobilů</w:t>
      </w:r>
      <w:proofErr w:type="spellEnd"/>
      <w:r>
        <w:t xml:space="preserve"> (5dveřový hatchback, </w:t>
      </w:r>
      <w:proofErr w:type="spellStart"/>
      <w:r>
        <w:t>rok</w:t>
      </w:r>
      <w:proofErr w:type="spellEnd"/>
      <w:r>
        <w:t xml:space="preserve"> </w:t>
      </w:r>
      <w:proofErr w:type="spellStart"/>
      <w:r>
        <w:t>výroby</w:t>
      </w:r>
      <w:proofErr w:type="spellEnd"/>
      <w:r>
        <w:t xml:space="preserve"> </w:t>
      </w:r>
      <w:proofErr w:type="spellStart"/>
      <w:r>
        <w:t>minimálně</w:t>
      </w:r>
      <w:proofErr w:type="spellEnd"/>
      <w:r>
        <w:t xml:space="preserve"> 2026), </w:t>
      </w:r>
      <w:proofErr w:type="spellStart"/>
      <w:r>
        <w:t>určených</w:t>
      </w:r>
      <w:proofErr w:type="spellEnd"/>
      <w:r>
        <w:t xml:space="preserve"> pro </w:t>
      </w:r>
      <w:proofErr w:type="spellStart"/>
      <w:r>
        <w:t>český</w:t>
      </w:r>
      <w:proofErr w:type="spellEnd"/>
      <w:r>
        <w:t xml:space="preserve"> </w:t>
      </w:r>
      <w:proofErr w:type="spellStart"/>
      <w:r>
        <w:t>trh</w:t>
      </w:r>
      <w:proofErr w:type="spellEnd"/>
      <w:r>
        <w:t xml:space="preserve">, v </w:t>
      </w:r>
      <w:proofErr w:type="spellStart"/>
      <w:r>
        <w:t>přesné</w:t>
      </w:r>
      <w:proofErr w:type="spellEnd"/>
      <w:r>
        <w:t xml:space="preserve"> </w:t>
      </w:r>
      <w:proofErr w:type="spellStart"/>
      <w:r>
        <w:t>specifikaci</w:t>
      </w:r>
      <w:proofErr w:type="spellEnd"/>
      <w:r>
        <w:t xml:space="preserve"> </w:t>
      </w:r>
      <w:proofErr w:type="spellStart"/>
      <w:r>
        <w:t>nabízeného</w:t>
      </w:r>
      <w:proofErr w:type="spellEnd"/>
      <w:r>
        <w:t xml:space="preserve"> </w:t>
      </w:r>
      <w:proofErr w:type="spellStart"/>
      <w:r>
        <w:t>modelu</w:t>
      </w:r>
      <w:proofErr w:type="spellEnd"/>
      <w:r>
        <w:t xml:space="preserve"> </w:t>
      </w:r>
      <w:r w:rsidR="00F26D0F">
        <w:t>[</w:t>
      </w:r>
      <w:proofErr w:type="spellStart"/>
      <w:r w:rsidR="00F26D0F" w:rsidRPr="00F26D0F">
        <w:rPr>
          <w:highlight w:val="lightGray"/>
        </w:rPr>
        <w:t>Doplní</w:t>
      </w:r>
      <w:proofErr w:type="spellEnd"/>
      <w:r w:rsidR="00F26D0F" w:rsidRPr="00F26D0F">
        <w:rPr>
          <w:highlight w:val="lightGray"/>
        </w:rPr>
        <w:t xml:space="preserve"> </w:t>
      </w:r>
      <w:proofErr w:type="spellStart"/>
      <w:r w:rsidR="00F26D0F" w:rsidRPr="00F26D0F">
        <w:rPr>
          <w:highlight w:val="lightGray"/>
        </w:rPr>
        <w:t>uchazeč</w:t>
      </w:r>
      <w:proofErr w:type="spellEnd"/>
      <w:r w:rsidR="00F26D0F" w:rsidRPr="00F26D0F">
        <w:rPr>
          <w:highlight w:val="lightGray"/>
        </w:rPr>
        <w:t>]</w:t>
      </w:r>
      <w:r w:rsidR="00F26D0F">
        <w:t xml:space="preserve"> </w:t>
      </w:r>
      <w:r>
        <w:t xml:space="preserve">a </w:t>
      </w:r>
      <w:proofErr w:type="spellStart"/>
      <w:r>
        <w:t>převést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Kupujícího</w:t>
      </w:r>
      <w:proofErr w:type="spellEnd"/>
      <w:r>
        <w:t xml:space="preserve"> </w:t>
      </w:r>
      <w:proofErr w:type="spellStart"/>
      <w:r>
        <w:t>vlastnické</w:t>
      </w:r>
      <w:proofErr w:type="spellEnd"/>
      <w:r>
        <w:t xml:space="preserve"> </w:t>
      </w:r>
      <w:proofErr w:type="spellStart"/>
      <w:r>
        <w:t>právo</w:t>
      </w:r>
      <w:proofErr w:type="spellEnd"/>
      <w:r>
        <w:t xml:space="preserve"> k </w:t>
      </w:r>
      <w:proofErr w:type="spellStart"/>
      <w:r>
        <w:t>těmto</w:t>
      </w:r>
      <w:proofErr w:type="spellEnd"/>
      <w:r>
        <w:t xml:space="preserve"> </w:t>
      </w:r>
      <w:proofErr w:type="spellStart"/>
      <w:r>
        <w:t>vozidlům</w:t>
      </w:r>
      <w:proofErr w:type="spellEnd"/>
      <w:r>
        <w:t>.</w:t>
      </w:r>
      <w:r>
        <w:br/>
        <w:t xml:space="preserve">2. </w:t>
      </w:r>
      <w:proofErr w:type="spellStart"/>
      <w:r>
        <w:t>Vozidla</w:t>
      </w:r>
      <w:proofErr w:type="spellEnd"/>
      <w:r>
        <w:t xml:space="preserve"> </w:t>
      </w:r>
      <w:proofErr w:type="spellStart"/>
      <w:r>
        <w:t>musí</w:t>
      </w:r>
      <w:proofErr w:type="spellEnd"/>
      <w:r>
        <w:t xml:space="preserve"> </w:t>
      </w:r>
      <w:proofErr w:type="spellStart"/>
      <w:r>
        <w:t>plně</w:t>
      </w:r>
      <w:proofErr w:type="spellEnd"/>
      <w:r>
        <w:t xml:space="preserve"> </w:t>
      </w:r>
      <w:proofErr w:type="spellStart"/>
      <w:r>
        <w:t>odpovídat</w:t>
      </w:r>
      <w:proofErr w:type="spellEnd"/>
      <w:r>
        <w:t xml:space="preserve"> </w:t>
      </w:r>
      <w:proofErr w:type="spellStart"/>
      <w:r>
        <w:t>všem</w:t>
      </w:r>
      <w:proofErr w:type="spellEnd"/>
      <w:r>
        <w:t xml:space="preserve"> </w:t>
      </w:r>
      <w:proofErr w:type="spellStart"/>
      <w:r>
        <w:t>minimálním</w:t>
      </w:r>
      <w:proofErr w:type="spellEnd"/>
      <w:r>
        <w:t xml:space="preserve"> </w:t>
      </w:r>
      <w:proofErr w:type="spellStart"/>
      <w:r>
        <w:t>technickým</w:t>
      </w:r>
      <w:proofErr w:type="spellEnd"/>
      <w:r>
        <w:t xml:space="preserve"> a </w:t>
      </w:r>
      <w:proofErr w:type="spellStart"/>
      <w:r>
        <w:t>výbavovým</w:t>
      </w:r>
      <w:proofErr w:type="spellEnd"/>
      <w:r>
        <w:t xml:space="preserve"> </w:t>
      </w:r>
      <w:proofErr w:type="spellStart"/>
      <w:r>
        <w:t>parametrům</w:t>
      </w:r>
      <w:proofErr w:type="spellEnd"/>
      <w:r>
        <w:t xml:space="preserve"> </w:t>
      </w:r>
      <w:proofErr w:type="spellStart"/>
      <w:r>
        <w:t>stanoveným</w:t>
      </w:r>
      <w:proofErr w:type="spellEnd"/>
      <w:r>
        <w:t xml:space="preserve"> v </w:t>
      </w:r>
      <w:proofErr w:type="spellStart"/>
      <w:r>
        <w:t>zadávací</w:t>
      </w:r>
      <w:proofErr w:type="spellEnd"/>
      <w:r>
        <w:t xml:space="preserve"> </w:t>
      </w:r>
      <w:proofErr w:type="spellStart"/>
      <w:r>
        <w:t>dokumentaci</w:t>
      </w:r>
      <w:proofErr w:type="spellEnd"/>
      <w:r>
        <w:t xml:space="preserve"> </w:t>
      </w:r>
      <w:proofErr w:type="spellStart"/>
      <w:r>
        <w:t>Kupujícího</w:t>
      </w:r>
      <w:proofErr w:type="spellEnd"/>
      <w:r>
        <w:t xml:space="preserve"> ze </w:t>
      </w:r>
      <w:proofErr w:type="spellStart"/>
      <w:r>
        <w:t>dne</w:t>
      </w:r>
      <w:proofErr w:type="spellEnd"/>
      <w:r>
        <w:t xml:space="preserve"> </w:t>
      </w:r>
      <w:r w:rsidR="00475F8D">
        <w:t>5</w:t>
      </w:r>
      <w:r>
        <w:t xml:space="preserve">. </w:t>
      </w:r>
      <w:r w:rsidR="00475F8D">
        <w:t>10</w:t>
      </w:r>
      <w:r>
        <w:t xml:space="preserve">. 2026 a v </w:t>
      </w:r>
      <w:proofErr w:type="spellStart"/>
      <w:r>
        <w:t>nabídce</w:t>
      </w:r>
      <w:proofErr w:type="spellEnd"/>
      <w:r>
        <w:t xml:space="preserve"> </w:t>
      </w:r>
      <w:proofErr w:type="spellStart"/>
      <w:r>
        <w:t>Prodávajícího</w:t>
      </w:r>
      <w:proofErr w:type="spellEnd"/>
      <w:r>
        <w:t xml:space="preserve"> ze </w:t>
      </w:r>
      <w:proofErr w:type="spellStart"/>
      <w:r>
        <w:t>dne</w:t>
      </w:r>
      <w:proofErr w:type="spellEnd"/>
      <w:r>
        <w:t xml:space="preserve"> [</w:t>
      </w:r>
      <w:proofErr w:type="spellStart"/>
      <w:r w:rsidRPr="00F26D0F">
        <w:rPr>
          <w:highlight w:val="lightGray"/>
        </w:rPr>
        <w:t>D</w:t>
      </w:r>
      <w:r w:rsidR="00B33B2B">
        <w:rPr>
          <w:highlight w:val="lightGray"/>
        </w:rPr>
        <w:t>oplní</w:t>
      </w:r>
      <w:proofErr w:type="spellEnd"/>
      <w:r w:rsidR="00B33B2B">
        <w:rPr>
          <w:highlight w:val="lightGray"/>
        </w:rPr>
        <w:t xml:space="preserve"> </w:t>
      </w:r>
      <w:proofErr w:type="spellStart"/>
      <w:r w:rsidR="00B33B2B">
        <w:rPr>
          <w:highlight w:val="lightGray"/>
        </w:rPr>
        <w:t>uchazeč</w:t>
      </w:r>
      <w:proofErr w:type="spellEnd"/>
      <w:r w:rsidRPr="00F26D0F">
        <w:rPr>
          <w:highlight w:val="lightGray"/>
        </w:rPr>
        <w:t>],</w:t>
      </w:r>
      <w:r>
        <w:t xml:space="preserve"> </w:t>
      </w:r>
      <w:proofErr w:type="spellStart"/>
      <w:r>
        <w:t>zejména</w:t>
      </w:r>
      <w:proofErr w:type="spellEnd"/>
      <w:r>
        <w:t>:</w:t>
      </w:r>
      <w:r>
        <w:br/>
        <w:t xml:space="preserve">   • </w:t>
      </w:r>
      <w:proofErr w:type="spellStart"/>
      <w:r w:rsidR="0020306D">
        <w:t>Z</w:t>
      </w:r>
      <w:r>
        <w:t>ážehový</w:t>
      </w:r>
      <w:proofErr w:type="spellEnd"/>
      <w:r>
        <w:t xml:space="preserve"> </w:t>
      </w:r>
      <w:proofErr w:type="spellStart"/>
      <w:r>
        <w:t>benzínový</w:t>
      </w:r>
      <w:proofErr w:type="spellEnd"/>
      <w:r>
        <w:t xml:space="preserve"> motor o </w:t>
      </w:r>
      <w:proofErr w:type="spellStart"/>
      <w:r>
        <w:t>zdvihovém</w:t>
      </w:r>
      <w:proofErr w:type="spellEnd"/>
      <w:r>
        <w:t xml:space="preserve"> </w:t>
      </w:r>
      <w:proofErr w:type="spellStart"/>
      <w:r>
        <w:t>objemu</w:t>
      </w:r>
      <w:proofErr w:type="spellEnd"/>
      <w:r>
        <w:t xml:space="preserve"> max. 1 100 cm³ a </w:t>
      </w:r>
      <w:proofErr w:type="spellStart"/>
      <w:r>
        <w:t>výkonu</w:t>
      </w:r>
      <w:proofErr w:type="spellEnd"/>
      <w:r>
        <w:t xml:space="preserve"> min. 60 kW;</w:t>
      </w:r>
      <w:r>
        <w:br/>
        <w:t xml:space="preserve">   • </w:t>
      </w:r>
      <w:proofErr w:type="spellStart"/>
      <w:r>
        <w:t>Manuální</w:t>
      </w:r>
      <w:proofErr w:type="spellEnd"/>
      <w:r>
        <w:t xml:space="preserve"> </w:t>
      </w:r>
      <w:proofErr w:type="spellStart"/>
      <w:r>
        <w:t>převodovka</w:t>
      </w:r>
      <w:proofErr w:type="spellEnd"/>
      <w:r>
        <w:t xml:space="preserve">, 5dveřová </w:t>
      </w:r>
      <w:proofErr w:type="spellStart"/>
      <w:r>
        <w:t>karoserie</w:t>
      </w:r>
      <w:proofErr w:type="spellEnd"/>
      <w:r>
        <w:t xml:space="preserve"> hatchback (</w:t>
      </w:r>
      <w:proofErr w:type="spellStart"/>
      <w:r>
        <w:t>celková</w:t>
      </w:r>
      <w:proofErr w:type="spellEnd"/>
      <w:r>
        <w:t xml:space="preserve"> </w:t>
      </w:r>
      <w:proofErr w:type="spellStart"/>
      <w:r>
        <w:t>délka</w:t>
      </w:r>
      <w:proofErr w:type="spellEnd"/>
      <w:r>
        <w:t xml:space="preserve"> min. 4 100 mm, </w:t>
      </w:r>
      <w:proofErr w:type="spellStart"/>
      <w:r>
        <w:t>rozvor</w:t>
      </w:r>
      <w:proofErr w:type="spellEnd"/>
      <w:r>
        <w:t xml:space="preserve"> min. 2 550 mm);</w:t>
      </w:r>
      <w:r>
        <w:br/>
        <w:t xml:space="preserve">   • </w:t>
      </w:r>
      <w:proofErr w:type="spellStart"/>
      <w:r>
        <w:t>Základní</w:t>
      </w:r>
      <w:proofErr w:type="spellEnd"/>
      <w:r>
        <w:t xml:space="preserve"> </w:t>
      </w:r>
      <w:proofErr w:type="spellStart"/>
      <w:r>
        <w:t>objem</w:t>
      </w:r>
      <w:proofErr w:type="spellEnd"/>
      <w:r>
        <w:t xml:space="preserve"> </w:t>
      </w:r>
      <w:proofErr w:type="spellStart"/>
      <w:r>
        <w:t>zavazadlového</w:t>
      </w:r>
      <w:proofErr w:type="spellEnd"/>
      <w:r>
        <w:t xml:space="preserve"> </w:t>
      </w:r>
      <w:proofErr w:type="spellStart"/>
      <w:r>
        <w:t>prostoru</w:t>
      </w:r>
      <w:proofErr w:type="spellEnd"/>
      <w:r>
        <w:t xml:space="preserve"> min. 380 </w:t>
      </w:r>
      <w:proofErr w:type="spellStart"/>
      <w:r>
        <w:t>litrů</w:t>
      </w:r>
      <w:proofErr w:type="spellEnd"/>
      <w:r>
        <w:t xml:space="preserve"> s </w:t>
      </w:r>
      <w:proofErr w:type="spellStart"/>
      <w:r>
        <w:t>variabilní</w:t>
      </w:r>
      <w:proofErr w:type="spellEnd"/>
      <w:r>
        <w:t>/</w:t>
      </w:r>
      <w:proofErr w:type="spellStart"/>
      <w:r>
        <w:t>oboustrannou</w:t>
      </w:r>
      <w:proofErr w:type="spellEnd"/>
      <w:r>
        <w:t xml:space="preserve"> </w:t>
      </w:r>
      <w:proofErr w:type="spellStart"/>
      <w:r>
        <w:t>podlahou</w:t>
      </w:r>
      <w:proofErr w:type="spellEnd"/>
      <w:r>
        <w:t xml:space="preserve"> a </w:t>
      </w:r>
      <w:proofErr w:type="spellStart"/>
      <w:r>
        <w:t>upevňovacím</w:t>
      </w:r>
      <w:proofErr w:type="spellEnd"/>
      <w:r>
        <w:t xml:space="preserve"> </w:t>
      </w:r>
      <w:proofErr w:type="spellStart"/>
      <w:r>
        <w:t>systémem</w:t>
      </w:r>
      <w:proofErr w:type="spellEnd"/>
      <w:r>
        <w:t>;</w:t>
      </w:r>
      <w:r>
        <w:br/>
      </w:r>
      <w:r>
        <w:lastRenderedPageBreak/>
        <w:t xml:space="preserve">   • </w:t>
      </w:r>
      <w:proofErr w:type="spellStart"/>
      <w:r>
        <w:t>Výškově</w:t>
      </w:r>
      <w:proofErr w:type="spellEnd"/>
      <w:r>
        <w:t xml:space="preserve"> </w:t>
      </w:r>
      <w:proofErr w:type="spellStart"/>
      <w:r>
        <w:t>nastavitelná</w:t>
      </w:r>
      <w:proofErr w:type="spellEnd"/>
      <w:r>
        <w:t xml:space="preserve"> </w:t>
      </w:r>
      <w:proofErr w:type="spellStart"/>
      <w:r>
        <w:t>sedadla</w:t>
      </w:r>
      <w:proofErr w:type="spellEnd"/>
      <w:r>
        <w:t xml:space="preserve"> </w:t>
      </w:r>
      <w:proofErr w:type="spellStart"/>
      <w:r>
        <w:t>řidiče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spolujezdce</w:t>
      </w:r>
      <w:proofErr w:type="spellEnd"/>
      <w:r>
        <w:t xml:space="preserve">, </w:t>
      </w:r>
      <w:proofErr w:type="spellStart"/>
      <w:r>
        <w:t>vyhřívání</w:t>
      </w:r>
      <w:proofErr w:type="spellEnd"/>
      <w:r>
        <w:t xml:space="preserve"> </w:t>
      </w:r>
      <w:proofErr w:type="spellStart"/>
      <w:r>
        <w:t>předních</w:t>
      </w:r>
      <w:proofErr w:type="spellEnd"/>
      <w:r>
        <w:t xml:space="preserve"> </w:t>
      </w:r>
      <w:proofErr w:type="spellStart"/>
      <w:r>
        <w:t>sedadel</w:t>
      </w:r>
      <w:proofErr w:type="spellEnd"/>
      <w:r>
        <w:t>;</w:t>
      </w:r>
      <w:r>
        <w:br/>
        <w:t xml:space="preserve">   • </w:t>
      </w:r>
      <w:proofErr w:type="spellStart"/>
      <w:r>
        <w:t>Metalický</w:t>
      </w:r>
      <w:proofErr w:type="spellEnd"/>
      <w:r>
        <w:t xml:space="preserve"> </w:t>
      </w:r>
      <w:proofErr w:type="spellStart"/>
      <w:r>
        <w:t>lak</w:t>
      </w:r>
      <w:proofErr w:type="spellEnd"/>
      <w:r>
        <w:t xml:space="preserve"> </w:t>
      </w:r>
      <w:proofErr w:type="spellStart"/>
      <w:r>
        <w:t>karoserie</w:t>
      </w:r>
      <w:proofErr w:type="spellEnd"/>
      <w:r>
        <w:t xml:space="preserve">, </w:t>
      </w:r>
      <w:proofErr w:type="spellStart"/>
      <w:r>
        <w:t>manuální</w:t>
      </w:r>
      <w:proofErr w:type="spellEnd"/>
      <w:r>
        <w:t xml:space="preserve"> </w:t>
      </w:r>
      <w:proofErr w:type="spellStart"/>
      <w:r>
        <w:t>klimatizace</w:t>
      </w:r>
      <w:proofErr w:type="spellEnd"/>
      <w:r>
        <w:t xml:space="preserve">, </w:t>
      </w:r>
      <w:proofErr w:type="spellStart"/>
      <w:r>
        <w:t>zadní</w:t>
      </w:r>
      <w:proofErr w:type="spellEnd"/>
      <w:r>
        <w:t xml:space="preserve"> </w:t>
      </w:r>
      <w:proofErr w:type="spellStart"/>
      <w:r>
        <w:t>parkovací</w:t>
      </w:r>
      <w:proofErr w:type="spellEnd"/>
      <w:r>
        <w:t xml:space="preserve"> </w:t>
      </w:r>
      <w:proofErr w:type="spellStart"/>
      <w:r>
        <w:t>senzory</w:t>
      </w:r>
      <w:proofErr w:type="spellEnd"/>
      <w:r>
        <w:t xml:space="preserve">, el. </w:t>
      </w:r>
      <w:proofErr w:type="spellStart"/>
      <w:r>
        <w:t>nastavitelná</w:t>
      </w:r>
      <w:proofErr w:type="spellEnd"/>
      <w:r>
        <w:t xml:space="preserve"> a </w:t>
      </w:r>
      <w:proofErr w:type="spellStart"/>
      <w:r>
        <w:t>vyhřívaná</w:t>
      </w:r>
      <w:proofErr w:type="spellEnd"/>
      <w:r>
        <w:t xml:space="preserve"> </w:t>
      </w:r>
      <w:proofErr w:type="spellStart"/>
      <w:r>
        <w:t>zrcátka</w:t>
      </w:r>
      <w:proofErr w:type="spellEnd"/>
      <w:r>
        <w:t>;</w:t>
      </w:r>
      <w:r>
        <w:br/>
        <w:t xml:space="preserve">   • </w:t>
      </w:r>
      <w:proofErr w:type="spellStart"/>
      <w:r>
        <w:t>Prodloužená</w:t>
      </w:r>
      <w:proofErr w:type="spellEnd"/>
      <w:r>
        <w:t xml:space="preserve"> </w:t>
      </w:r>
      <w:proofErr w:type="spellStart"/>
      <w:r>
        <w:t>záruka</w:t>
      </w:r>
      <w:proofErr w:type="spellEnd"/>
      <w:r>
        <w:t xml:space="preserve"> </w:t>
      </w:r>
      <w:proofErr w:type="spellStart"/>
      <w:r>
        <w:t>výrobce</w:t>
      </w:r>
      <w:proofErr w:type="spellEnd"/>
      <w:r>
        <w:t>/</w:t>
      </w:r>
      <w:proofErr w:type="spellStart"/>
      <w:r>
        <w:t>dodavatele</w:t>
      </w:r>
      <w:proofErr w:type="spellEnd"/>
      <w:r>
        <w:t xml:space="preserve"> v </w:t>
      </w:r>
      <w:proofErr w:type="spellStart"/>
      <w:r>
        <w:t>délce</w:t>
      </w:r>
      <w:proofErr w:type="spellEnd"/>
      <w:r>
        <w:t xml:space="preserve"> </w:t>
      </w:r>
      <w:proofErr w:type="spellStart"/>
      <w:r>
        <w:t>minimálně</w:t>
      </w:r>
      <w:proofErr w:type="spellEnd"/>
      <w:r>
        <w:t xml:space="preserve"> 5 let </w:t>
      </w:r>
      <w:proofErr w:type="spellStart"/>
      <w:r>
        <w:t>nebo</w:t>
      </w:r>
      <w:proofErr w:type="spellEnd"/>
      <w:r>
        <w:t xml:space="preserve"> do </w:t>
      </w:r>
      <w:proofErr w:type="spellStart"/>
      <w:r>
        <w:t>najetí</w:t>
      </w:r>
      <w:proofErr w:type="spellEnd"/>
      <w:r>
        <w:t xml:space="preserve"> 60 000 km.</w:t>
      </w:r>
      <w:r>
        <w:br/>
        <w:t xml:space="preserve">3. </w:t>
      </w:r>
      <w:proofErr w:type="spellStart"/>
      <w:r>
        <w:t>Kupující</w:t>
      </w:r>
      <w:proofErr w:type="spellEnd"/>
      <w:r>
        <w:t xml:space="preserve"> se </w:t>
      </w:r>
      <w:proofErr w:type="spellStart"/>
      <w:r>
        <w:t>zavazuje</w:t>
      </w:r>
      <w:proofErr w:type="spellEnd"/>
      <w:r>
        <w:t xml:space="preserve"> </w:t>
      </w:r>
      <w:proofErr w:type="spellStart"/>
      <w:r>
        <w:t>řádně</w:t>
      </w:r>
      <w:proofErr w:type="spellEnd"/>
      <w:r>
        <w:t xml:space="preserve"> </w:t>
      </w:r>
      <w:proofErr w:type="spellStart"/>
      <w:r>
        <w:t>dodaná</w:t>
      </w:r>
      <w:proofErr w:type="spellEnd"/>
      <w:r>
        <w:t xml:space="preserve"> </w:t>
      </w:r>
      <w:proofErr w:type="spellStart"/>
      <w:r>
        <w:t>vozidla</w:t>
      </w:r>
      <w:proofErr w:type="spellEnd"/>
      <w:r>
        <w:t xml:space="preserve"> </w:t>
      </w:r>
      <w:proofErr w:type="spellStart"/>
      <w:r>
        <w:t>převzít</w:t>
      </w:r>
      <w:proofErr w:type="spellEnd"/>
      <w:r>
        <w:t xml:space="preserve"> a </w:t>
      </w:r>
      <w:proofErr w:type="spellStart"/>
      <w:r>
        <w:t>zaplatit</w:t>
      </w:r>
      <w:proofErr w:type="spellEnd"/>
      <w:r>
        <w:t xml:space="preserve"> </w:t>
      </w:r>
      <w:proofErr w:type="spellStart"/>
      <w:r>
        <w:t>Prodávajícímu</w:t>
      </w:r>
      <w:proofErr w:type="spellEnd"/>
      <w:r>
        <w:t xml:space="preserve"> </w:t>
      </w:r>
      <w:proofErr w:type="spellStart"/>
      <w:r>
        <w:t>dohodnutou</w:t>
      </w:r>
      <w:proofErr w:type="spellEnd"/>
      <w:r>
        <w:t xml:space="preserve"> </w:t>
      </w:r>
      <w:proofErr w:type="spellStart"/>
      <w:r>
        <w:t>kupní</w:t>
      </w:r>
      <w:proofErr w:type="spellEnd"/>
      <w:r>
        <w:t xml:space="preserve"> </w:t>
      </w:r>
      <w:proofErr w:type="spellStart"/>
      <w:r>
        <w:t>cenu</w:t>
      </w:r>
      <w:proofErr w:type="spellEnd"/>
      <w:r>
        <w:t xml:space="preserve"> </w:t>
      </w:r>
      <w:proofErr w:type="spellStart"/>
      <w:r>
        <w:t>podle</w:t>
      </w:r>
      <w:proofErr w:type="spellEnd"/>
      <w:r>
        <w:t xml:space="preserve"> </w:t>
      </w:r>
      <w:proofErr w:type="spellStart"/>
      <w:r>
        <w:t>Článku</w:t>
      </w:r>
      <w:proofErr w:type="spellEnd"/>
      <w:r>
        <w:t xml:space="preserve"> III. </w:t>
      </w:r>
      <w:proofErr w:type="spellStart"/>
      <w:r>
        <w:t>této</w:t>
      </w:r>
      <w:proofErr w:type="spellEnd"/>
      <w:r>
        <w:t xml:space="preserve"> Smlouvy.</w:t>
      </w:r>
      <w:r>
        <w:br/>
      </w:r>
    </w:p>
    <w:p w14:paraId="3404AB5C" w14:textId="77777777" w:rsidR="003B3609" w:rsidRDefault="00000000">
      <w:pPr>
        <w:spacing w:before="200" w:after="120"/>
      </w:pPr>
      <w:proofErr w:type="spellStart"/>
      <w:r>
        <w:rPr>
          <w:b/>
          <w:color w:val="1B365D"/>
          <w:sz w:val="26"/>
        </w:rPr>
        <w:t>Článek</w:t>
      </w:r>
      <w:proofErr w:type="spellEnd"/>
      <w:r>
        <w:rPr>
          <w:b/>
          <w:color w:val="1B365D"/>
          <w:sz w:val="26"/>
        </w:rPr>
        <w:t xml:space="preserve"> III.</w:t>
      </w:r>
      <w:r>
        <w:rPr>
          <w:b/>
          <w:color w:val="1B365D"/>
          <w:sz w:val="26"/>
        </w:rPr>
        <w:br/>
      </w:r>
      <w:proofErr w:type="spellStart"/>
      <w:r>
        <w:rPr>
          <w:b/>
          <w:color w:val="1B365D"/>
          <w:sz w:val="26"/>
        </w:rPr>
        <w:t>Kupní</w:t>
      </w:r>
      <w:proofErr w:type="spellEnd"/>
      <w:r>
        <w:rPr>
          <w:b/>
          <w:color w:val="1B365D"/>
          <w:sz w:val="26"/>
        </w:rPr>
        <w:t xml:space="preserve"> </w:t>
      </w:r>
      <w:proofErr w:type="spellStart"/>
      <w:r>
        <w:rPr>
          <w:b/>
          <w:color w:val="1B365D"/>
          <w:sz w:val="26"/>
        </w:rPr>
        <w:t>cena</w:t>
      </w:r>
      <w:proofErr w:type="spellEnd"/>
    </w:p>
    <w:p w14:paraId="322EAE42" w14:textId="38CB577E" w:rsidR="003B3609" w:rsidRDefault="00000000">
      <w:pPr>
        <w:spacing w:after="120"/>
      </w:pPr>
      <w:r>
        <w:t xml:space="preserve">1. </w:t>
      </w:r>
      <w:proofErr w:type="spellStart"/>
      <w:r>
        <w:t>Kupní</w:t>
      </w:r>
      <w:proofErr w:type="spellEnd"/>
      <w:r>
        <w:t xml:space="preserve"> </w:t>
      </w:r>
      <w:proofErr w:type="spellStart"/>
      <w:r>
        <w:t>cena</w:t>
      </w:r>
      <w:proofErr w:type="spellEnd"/>
      <w:r>
        <w:t xml:space="preserve"> za </w:t>
      </w:r>
      <w:proofErr w:type="spellStart"/>
      <w:r>
        <w:t>předmět</w:t>
      </w:r>
      <w:proofErr w:type="spellEnd"/>
      <w:r>
        <w:t xml:space="preserve"> </w:t>
      </w:r>
      <w:proofErr w:type="spellStart"/>
      <w:r>
        <w:t>plnění</w:t>
      </w:r>
      <w:proofErr w:type="spellEnd"/>
      <w:r>
        <w:t xml:space="preserve"> je </w:t>
      </w:r>
      <w:proofErr w:type="spellStart"/>
      <w:r>
        <w:t>stanovena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základě</w:t>
      </w:r>
      <w:proofErr w:type="spellEnd"/>
      <w:r>
        <w:t xml:space="preserve"> </w:t>
      </w:r>
      <w:proofErr w:type="spellStart"/>
      <w:r>
        <w:t>nabídky</w:t>
      </w:r>
      <w:proofErr w:type="spellEnd"/>
      <w:r>
        <w:t xml:space="preserve"> </w:t>
      </w:r>
      <w:proofErr w:type="spellStart"/>
      <w:r>
        <w:t>Prodávajícího</w:t>
      </w:r>
      <w:proofErr w:type="spellEnd"/>
      <w:r>
        <w:t xml:space="preserve"> ze </w:t>
      </w:r>
      <w:proofErr w:type="spellStart"/>
      <w:r>
        <w:t>dne</w:t>
      </w:r>
      <w:proofErr w:type="spellEnd"/>
      <w:r>
        <w:t xml:space="preserve"> [</w:t>
      </w:r>
      <w:proofErr w:type="spellStart"/>
      <w:r w:rsidRPr="00F26D0F">
        <w:rPr>
          <w:highlight w:val="lightGray"/>
        </w:rPr>
        <w:t>D</w:t>
      </w:r>
      <w:r w:rsidR="003A3C9B">
        <w:rPr>
          <w:highlight w:val="lightGray"/>
        </w:rPr>
        <w:t>oplní</w:t>
      </w:r>
      <w:proofErr w:type="spellEnd"/>
      <w:r w:rsidR="003A3C9B">
        <w:rPr>
          <w:highlight w:val="lightGray"/>
        </w:rPr>
        <w:t xml:space="preserve"> </w:t>
      </w:r>
      <w:proofErr w:type="spellStart"/>
      <w:r w:rsidR="003A3C9B">
        <w:rPr>
          <w:highlight w:val="lightGray"/>
        </w:rPr>
        <w:t>uchazeč</w:t>
      </w:r>
      <w:proofErr w:type="spellEnd"/>
      <w:r w:rsidRPr="00F26D0F">
        <w:rPr>
          <w:highlight w:val="lightGray"/>
        </w:rPr>
        <w:t>]</w:t>
      </w:r>
      <w:r>
        <w:t xml:space="preserve"> </w:t>
      </w:r>
      <w:proofErr w:type="spellStart"/>
      <w:r>
        <w:t>jako</w:t>
      </w:r>
      <w:proofErr w:type="spellEnd"/>
      <w:r>
        <w:t xml:space="preserve"> </w:t>
      </w:r>
      <w:proofErr w:type="spellStart"/>
      <w:r>
        <w:t>cena</w:t>
      </w:r>
      <w:proofErr w:type="spellEnd"/>
      <w:r>
        <w:t xml:space="preserve"> </w:t>
      </w:r>
      <w:proofErr w:type="spellStart"/>
      <w:r>
        <w:t>nejvýše</w:t>
      </w:r>
      <w:proofErr w:type="spellEnd"/>
      <w:r>
        <w:t xml:space="preserve"> </w:t>
      </w:r>
      <w:proofErr w:type="spellStart"/>
      <w:r>
        <w:t>přípustná</w:t>
      </w:r>
      <w:proofErr w:type="spellEnd"/>
      <w:r>
        <w:t xml:space="preserve"> a </w:t>
      </w:r>
      <w:proofErr w:type="spellStart"/>
      <w:r>
        <w:t>konečná</w:t>
      </w:r>
      <w:proofErr w:type="spellEnd"/>
      <w:r>
        <w:t xml:space="preserve"> a </w:t>
      </w:r>
      <w:proofErr w:type="spellStart"/>
      <w:r>
        <w:t>obsahuje</w:t>
      </w:r>
      <w:proofErr w:type="spellEnd"/>
      <w:r>
        <w:t xml:space="preserve"> </w:t>
      </w:r>
      <w:proofErr w:type="spellStart"/>
      <w:r>
        <w:t>veškeré</w:t>
      </w:r>
      <w:proofErr w:type="spellEnd"/>
      <w:r>
        <w:t xml:space="preserve"> </w:t>
      </w:r>
      <w:proofErr w:type="spellStart"/>
      <w:r>
        <w:t>náklady</w:t>
      </w:r>
      <w:proofErr w:type="spellEnd"/>
      <w:r>
        <w:t xml:space="preserve"> </w:t>
      </w:r>
      <w:proofErr w:type="spellStart"/>
      <w:r>
        <w:t>spojené</w:t>
      </w:r>
      <w:proofErr w:type="spellEnd"/>
      <w:r>
        <w:t xml:space="preserve"> s </w:t>
      </w:r>
      <w:proofErr w:type="spellStart"/>
      <w:r>
        <w:t>řádným</w:t>
      </w:r>
      <w:proofErr w:type="spellEnd"/>
      <w:r>
        <w:t xml:space="preserve"> </w:t>
      </w:r>
      <w:proofErr w:type="spellStart"/>
      <w:r>
        <w:t>dodáním</w:t>
      </w:r>
      <w:proofErr w:type="spellEnd"/>
      <w:r>
        <w:t xml:space="preserve"> a </w:t>
      </w:r>
      <w:proofErr w:type="spellStart"/>
      <w:r>
        <w:t>zprovozněním</w:t>
      </w:r>
      <w:proofErr w:type="spellEnd"/>
      <w:r>
        <w:t xml:space="preserve"> </w:t>
      </w:r>
      <w:proofErr w:type="spellStart"/>
      <w:r>
        <w:t>vozidel</w:t>
      </w:r>
      <w:proofErr w:type="spellEnd"/>
      <w:r>
        <w:t xml:space="preserve"> (</w:t>
      </w:r>
      <w:proofErr w:type="spellStart"/>
      <w:r>
        <w:t>včetně</w:t>
      </w:r>
      <w:proofErr w:type="spellEnd"/>
      <w:r>
        <w:t xml:space="preserve"> </w:t>
      </w:r>
      <w:proofErr w:type="spellStart"/>
      <w:r>
        <w:t>předprodejního</w:t>
      </w:r>
      <w:proofErr w:type="spellEnd"/>
      <w:r>
        <w:t xml:space="preserve"> </w:t>
      </w:r>
      <w:proofErr w:type="spellStart"/>
      <w:r>
        <w:t>servisu</w:t>
      </w:r>
      <w:proofErr w:type="spellEnd"/>
      <w:r>
        <w:t xml:space="preserve">, </w:t>
      </w:r>
      <w:proofErr w:type="spellStart"/>
      <w:r>
        <w:t>povinné</w:t>
      </w:r>
      <w:proofErr w:type="spellEnd"/>
      <w:r>
        <w:t xml:space="preserve"> </w:t>
      </w:r>
      <w:proofErr w:type="spellStart"/>
      <w:r>
        <w:t>výbavy</w:t>
      </w:r>
      <w:proofErr w:type="spellEnd"/>
      <w:r>
        <w:t xml:space="preserve">, </w:t>
      </w:r>
      <w:proofErr w:type="spellStart"/>
      <w:r>
        <w:t>metalického</w:t>
      </w:r>
      <w:proofErr w:type="spellEnd"/>
      <w:r>
        <w:t xml:space="preserve"> </w:t>
      </w:r>
      <w:proofErr w:type="spellStart"/>
      <w:r>
        <w:t>laku</w:t>
      </w:r>
      <w:proofErr w:type="spellEnd"/>
      <w:r>
        <w:t xml:space="preserve"> a </w:t>
      </w:r>
      <w:proofErr w:type="spellStart"/>
      <w:r>
        <w:t>prodloužené</w:t>
      </w:r>
      <w:proofErr w:type="spellEnd"/>
      <w:r>
        <w:t xml:space="preserve"> </w:t>
      </w:r>
      <w:proofErr w:type="spellStart"/>
      <w:r>
        <w:t>záruky</w:t>
      </w:r>
      <w:proofErr w:type="spellEnd"/>
      <w:r>
        <w:t>):</w:t>
      </w:r>
      <w:r>
        <w:br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00"/>
        <w:gridCol w:w="1872"/>
        <w:gridCol w:w="1728"/>
        <w:gridCol w:w="2160"/>
      </w:tblGrid>
      <w:tr w:rsidR="003B3609" w14:paraId="333418E2" w14:textId="77777777">
        <w:trPr>
          <w:jc w:val="center"/>
        </w:trPr>
        <w:tc>
          <w:tcPr>
            <w:tcW w:w="3600" w:type="dxa"/>
            <w:shd w:val="clear" w:color="auto" w:fill="1B365D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43DFD88B" w14:textId="77777777" w:rsidR="003B3609" w:rsidRDefault="00000000">
            <w:pPr>
              <w:jc w:val="center"/>
            </w:pPr>
            <w:proofErr w:type="spellStart"/>
            <w:r>
              <w:rPr>
                <w:b/>
                <w:color w:val="FFFFFF"/>
                <w:sz w:val="19"/>
              </w:rPr>
              <w:t>Předmět</w:t>
            </w:r>
            <w:proofErr w:type="spellEnd"/>
            <w:r>
              <w:rPr>
                <w:b/>
                <w:color w:val="FFFFFF"/>
                <w:sz w:val="19"/>
              </w:rPr>
              <w:t xml:space="preserve"> </w:t>
            </w:r>
            <w:proofErr w:type="spellStart"/>
            <w:r>
              <w:rPr>
                <w:b/>
                <w:color w:val="FFFFFF"/>
                <w:sz w:val="19"/>
              </w:rPr>
              <w:t>plnění</w:t>
            </w:r>
            <w:proofErr w:type="spellEnd"/>
          </w:p>
        </w:tc>
        <w:tc>
          <w:tcPr>
            <w:tcW w:w="1872" w:type="dxa"/>
            <w:shd w:val="clear" w:color="auto" w:fill="1B365D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D8319AB" w14:textId="77777777" w:rsidR="003B3609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Cena bez DPH (</w:t>
            </w:r>
            <w:proofErr w:type="spellStart"/>
            <w:r>
              <w:rPr>
                <w:b/>
                <w:color w:val="FFFFFF"/>
                <w:sz w:val="19"/>
              </w:rPr>
              <w:t>Kč</w:t>
            </w:r>
            <w:proofErr w:type="spellEnd"/>
            <w:r>
              <w:rPr>
                <w:b/>
                <w:color w:val="FFFFFF"/>
                <w:sz w:val="19"/>
              </w:rPr>
              <w:t>)</w:t>
            </w:r>
          </w:p>
        </w:tc>
        <w:tc>
          <w:tcPr>
            <w:tcW w:w="1728" w:type="dxa"/>
            <w:shd w:val="clear" w:color="auto" w:fill="1B365D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97CB8C6" w14:textId="77777777" w:rsidR="003B3609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DPH 21 % (</w:t>
            </w:r>
            <w:proofErr w:type="spellStart"/>
            <w:r>
              <w:rPr>
                <w:b/>
                <w:color w:val="FFFFFF"/>
                <w:sz w:val="19"/>
              </w:rPr>
              <w:t>Kč</w:t>
            </w:r>
            <w:proofErr w:type="spellEnd"/>
            <w:r>
              <w:rPr>
                <w:b/>
                <w:color w:val="FFFFFF"/>
                <w:sz w:val="19"/>
              </w:rPr>
              <w:t>)</w:t>
            </w:r>
          </w:p>
        </w:tc>
        <w:tc>
          <w:tcPr>
            <w:tcW w:w="2160" w:type="dxa"/>
            <w:shd w:val="clear" w:color="auto" w:fill="1B365D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0C93CF4" w14:textId="77777777" w:rsidR="003B3609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Cena s DPH (</w:t>
            </w:r>
            <w:proofErr w:type="spellStart"/>
            <w:r>
              <w:rPr>
                <w:b/>
                <w:color w:val="FFFFFF"/>
                <w:sz w:val="19"/>
              </w:rPr>
              <w:t>Kč</w:t>
            </w:r>
            <w:proofErr w:type="spellEnd"/>
            <w:r>
              <w:rPr>
                <w:b/>
                <w:color w:val="FFFFFF"/>
                <w:sz w:val="19"/>
              </w:rPr>
              <w:t>)</w:t>
            </w:r>
          </w:p>
        </w:tc>
      </w:tr>
      <w:tr w:rsidR="003B3609" w14:paraId="0615307D" w14:textId="77777777">
        <w:trPr>
          <w:jc w:val="center"/>
        </w:trPr>
        <w:tc>
          <w:tcPr>
            <w:tcW w:w="360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AB7170" w14:textId="77777777" w:rsidR="003B3609" w:rsidRDefault="00000000">
            <w:r>
              <w:rPr>
                <w:sz w:val="20"/>
              </w:rPr>
              <w:t xml:space="preserve">Cena za 1 </w:t>
            </w:r>
            <w:proofErr w:type="spellStart"/>
            <w:r>
              <w:rPr>
                <w:sz w:val="20"/>
              </w:rPr>
              <w:t>ks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vozidla</w:t>
            </w:r>
            <w:proofErr w:type="spellEnd"/>
          </w:p>
        </w:tc>
        <w:tc>
          <w:tcPr>
            <w:tcW w:w="187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BBFA2" w14:textId="77777777" w:rsidR="003B3609" w:rsidRPr="00F26D0F" w:rsidRDefault="00000000">
            <w:pPr>
              <w:jc w:val="right"/>
              <w:rPr>
                <w:highlight w:val="lightGray"/>
              </w:rPr>
            </w:pPr>
            <w:r w:rsidRPr="00F26D0F">
              <w:rPr>
                <w:sz w:val="20"/>
                <w:highlight w:val="lightGray"/>
              </w:rPr>
              <w:t>[</w:t>
            </w:r>
            <w:proofErr w:type="spellStart"/>
            <w:r w:rsidRPr="00F26D0F">
              <w:rPr>
                <w:sz w:val="20"/>
                <w:highlight w:val="lightGray"/>
              </w:rPr>
              <w:t>Doplní</w:t>
            </w:r>
            <w:proofErr w:type="spellEnd"/>
            <w:r w:rsidRPr="00F26D0F">
              <w:rPr>
                <w:sz w:val="20"/>
                <w:highlight w:val="lightGray"/>
              </w:rPr>
              <w:t xml:space="preserve"> </w:t>
            </w:r>
            <w:proofErr w:type="spellStart"/>
            <w:r w:rsidRPr="00F26D0F">
              <w:rPr>
                <w:sz w:val="20"/>
                <w:highlight w:val="lightGray"/>
              </w:rPr>
              <w:t>uchazeč</w:t>
            </w:r>
            <w:proofErr w:type="spellEnd"/>
            <w:r w:rsidRPr="00F26D0F">
              <w:rPr>
                <w:sz w:val="20"/>
                <w:highlight w:val="lightGray"/>
              </w:rPr>
              <w:t>]</w:t>
            </w:r>
          </w:p>
        </w:tc>
        <w:tc>
          <w:tcPr>
            <w:tcW w:w="1728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63A410" w14:textId="77777777" w:rsidR="003B3609" w:rsidRPr="00F26D0F" w:rsidRDefault="00000000">
            <w:pPr>
              <w:jc w:val="right"/>
              <w:rPr>
                <w:highlight w:val="lightGray"/>
              </w:rPr>
            </w:pPr>
            <w:r w:rsidRPr="00F26D0F">
              <w:rPr>
                <w:sz w:val="20"/>
                <w:highlight w:val="lightGray"/>
              </w:rPr>
              <w:t>[</w:t>
            </w:r>
            <w:proofErr w:type="spellStart"/>
            <w:r w:rsidRPr="00F26D0F">
              <w:rPr>
                <w:sz w:val="20"/>
                <w:highlight w:val="lightGray"/>
              </w:rPr>
              <w:t>Doplní</w:t>
            </w:r>
            <w:proofErr w:type="spellEnd"/>
            <w:r w:rsidRPr="00F26D0F">
              <w:rPr>
                <w:sz w:val="20"/>
                <w:highlight w:val="lightGray"/>
              </w:rPr>
              <w:t xml:space="preserve"> </w:t>
            </w:r>
            <w:proofErr w:type="spellStart"/>
            <w:r w:rsidRPr="00F26D0F">
              <w:rPr>
                <w:sz w:val="20"/>
                <w:highlight w:val="lightGray"/>
              </w:rPr>
              <w:t>uchazeč</w:t>
            </w:r>
            <w:proofErr w:type="spellEnd"/>
            <w:r w:rsidRPr="00F26D0F">
              <w:rPr>
                <w:sz w:val="20"/>
                <w:highlight w:val="lightGray"/>
              </w:rPr>
              <w:t>]</w:t>
            </w:r>
          </w:p>
        </w:tc>
        <w:tc>
          <w:tcPr>
            <w:tcW w:w="216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99B72E" w14:textId="77777777" w:rsidR="003B3609" w:rsidRPr="00F26D0F" w:rsidRDefault="00000000">
            <w:pPr>
              <w:jc w:val="right"/>
              <w:rPr>
                <w:highlight w:val="lightGray"/>
              </w:rPr>
            </w:pPr>
            <w:r w:rsidRPr="00F26D0F">
              <w:rPr>
                <w:sz w:val="20"/>
                <w:highlight w:val="lightGray"/>
              </w:rPr>
              <w:t>[</w:t>
            </w:r>
            <w:proofErr w:type="spellStart"/>
            <w:r w:rsidRPr="00F26D0F">
              <w:rPr>
                <w:sz w:val="20"/>
                <w:highlight w:val="lightGray"/>
              </w:rPr>
              <w:t>Doplní</w:t>
            </w:r>
            <w:proofErr w:type="spellEnd"/>
            <w:r w:rsidRPr="00F26D0F">
              <w:rPr>
                <w:sz w:val="20"/>
                <w:highlight w:val="lightGray"/>
              </w:rPr>
              <w:t xml:space="preserve"> </w:t>
            </w:r>
            <w:proofErr w:type="spellStart"/>
            <w:r w:rsidRPr="00F26D0F">
              <w:rPr>
                <w:sz w:val="20"/>
                <w:highlight w:val="lightGray"/>
              </w:rPr>
              <w:t>uchazeč</w:t>
            </w:r>
            <w:proofErr w:type="spellEnd"/>
            <w:r w:rsidRPr="00F26D0F">
              <w:rPr>
                <w:sz w:val="20"/>
                <w:highlight w:val="lightGray"/>
              </w:rPr>
              <w:t>]</w:t>
            </w:r>
          </w:p>
        </w:tc>
      </w:tr>
      <w:tr w:rsidR="003B3609" w14:paraId="47C628DC" w14:textId="77777777">
        <w:trPr>
          <w:jc w:val="center"/>
        </w:trPr>
        <w:tc>
          <w:tcPr>
            <w:tcW w:w="3600" w:type="dxa"/>
            <w:shd w:val="clear" w:color="auto" w:fill="F2F4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F1D78A" w14:textId="77777777" w:rsidR="003B3609" w:rsidRPr="00F26D0F" w:rsidRDefault="00000000">
            <w:pPr>
              <w:rPr>
                <w:lang w:val="pl-PL"/>
              </w:rPr>
            </w:pPr>
            <w:r w:rsidRPr="00F26D0F">
              <w:rPr>
                <w:b/>
                <w:sz w:val="20"/>
                <w:lang w:val="pl-PL"/>
              </w:rPr>
              <w:t>CELKOVÁ KUPNÍ CENA ZA 3 KS VOZIDEL</w:t>
            </w:r>
          </w:p>
        </w:tc>
        <w:tc>
          <w:tcPr>
            <w:tcW w:w="1872" w:type="dxa"/>
            <w:shd w:val="clear" w:color="auto" w:fill="F2F4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6C8CF" w14:textId="77777777" w:rsidR="003B3609" w:rsidRPr="00F26D0F" w:rsidRDefault="00000000">
            <w:pPr>
              <w:jc w:val="right"/>
              <w:rPr>
                <w:highlight w:val="lightGray"/>
              </w:rPr>
            </w:pPr>
            <w:r w:rsidRPr="00F26D0F">
              <w:rPr>
                <w:b/>
                <w:sz w:val="20"/>
                <w:highlight w:val="lightGray"/>
              </w:rPr>
              <w:t>[</w:t>
            </w:r>
            <w:proofErr w:type="spellStart"/>
            <w:r w:rsidRPr="00F26D0F">
              <w:rPr>
                <w:b/>
                <w:sz w:val="20"/>
                <w:highlight w:val="lightGray"/>
              </w:rPr>
              <w:t>Doplní</w:t>
            </w:r>
            <w:proofErr w:type="spellEnd"/>
            <w:r w:rsidRPr="00F26D0F">
              <w:rPr>
                <w:b/>
                <w:sz w:val="20"/>
                <w:highlight w:val="lightGray"/>
              </w:rPr>
              <w:t xml:space="preserve"> </w:t>
            </w:r>
            <w:proofErr w:type="spellStart"/>
            <w:r w:rsidRPr="00F26D0F">
              <w:rPr>
                <w:b/>
                <w:sz w:val="20"/>
                <w:highlight w:val="lightGray"/>
              </w:rPr>
              <w:t>uchazeč</w:t>
            </w:r>
            <w:proofErr w:type="spellEnd"/>
            <w:r w:rsidRPr="00F26D0F">
              <w:rPr>
                <w:b/>
                <w:sz w:val="20"/>
                <w:highlight w:val="lightGray"/>
              </w:rPr>
              <w:t>]</w:t>
            </w:r>
          </w:p>
        </w:tc>
        <w:tc>
          <w:tcPr>
            <w:tcW w:w="1728" w:type="dxa"/>
            <w:shd w:val="clear" w:color="auto" w:fill="F2F4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B29AD3" w14:textId="77777777" w:rsidR="003B3609" w:rsidRPr="00F26D0F" w:rsidRDefault="00000000">
            <w:pPr>
              <w:jc w:val="right"/>
              <w:rPr>
                <w:highlight w:val="lightGray"/>
              </w:rPr>
            </w:pPr>
            <w:r w:rsidRPr="00F26D0F">
              <w:rPr>
                <w:b/>
                <w:sz w:val="20"/>
                <w:highlight w:val="lightGray"/>
              </w:rPr>
              <w:t>[</w:t>
            </w:r>
            <w:proofErr w:type="spellStart"/>
            <w:r w:rsidRPr="00F26D0F">
              <w:rPr>
                <w:b/>
                <w:sz w:val="20"/>
                <w:highlight w:val="lightGray"/>
              </w:rPr>
              <w:t>Doplní</w:t>
            </w:r>
            <w:proofErr w:type="spellEnd"/>
            <w:r w:rsidRPr="00F26D0F">
              <w:rPr>
                <w:b/>
                <w:sz w:val="20"/>
                <w:highlight w:val="lightGray"/>
              </w:rPr>
              <w:t xml:space="preserve"> </w:t>
            </w:r>
            <w:proofErr w:type="spellStart"/>
            <w:r w:rsidRPr="00F26D0F">
              <w:rPr>
                <w:b/>
                <w:sz w:val="20"/>
                <w:highlight w:val="lightGray"/>
              </w:rPr>
              <w:t>uchazeč</w:t>
            </w:r>
            <w:proofErr w:type="spellEnd"/>
            <w:r w:rsidRPr="00F26D0F">
              <w:rPr>
                <w:b/>
                <w:sz w:val="20"/>
                <w:highlight w:val="lightGray"/>
              </w:rPr>
              <w:t>]</w:t>
            </w:r>
          </w:p>
        </w:tc>
        <w:tc>
          <w:tcPr>
            <w:tcW w:w="2160" w:type="dxa"/>
            <w:shd w:val="clear" w:color="auto" w:fill="F2F4F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EA3A2A" w14:textId="77777777" w:rsidR="003B3609" w:rsidRPr="00F26D0F" w:rsidRDefault="00000000">
            <w:pPr>
              <w:jc w:val="right"/>
              <w:rPr>
                <w:highlight w:val="lightGray"/>
              </w:rPr>
            </w:pPr>
            <w:r w:rsidRPr="00F26D0F">
              <w:rPr>
                <w:b/>
                <w:sz w:val="20"/>
                <w:highlight w:val="lightGray"/>
              </w:rPr>
              <w:t>[</w:t>
            </w:r>
            <w:proofErr w:type="spellStart"/>
            <w:r w:rsidRPr="00F26D0F">
              <w:rPr>
                <w:b/>
                <w:sz w:val="20"/>
                <w:highlight w:val="lightGray"/>
              </w:rPr>
              <w:t>Doplní</w:t>
            </w:r>
            <w:proofErr w:type="spellEnd"/>
            <w:r w:rsidRPr="00F26D0F">
              <w:rPr>
                <w:b/>
                <w:sz w:val="20"/>
                <w:highlight w:val="lightGray"/>
              </w:rPr>
              <w:t xml:space="preserve"> </w:t>
            </w:r>
            <w:proofErr w:type="spellStart"/>
            <w:r w:rsidRPr="00F26D0F">
              <w:rPr>
                <w:b/>
                <w:sz w:val="20"/>
                <w:highlight w:val="lightGray"/>
              </w:rPr>
              <w:t>uchazeč</w:t>
            </w:r>
            <w:proofErr w:type="spellEnd"/>
            <w:r w:rsidRPr="00F26D0F">
              <w:rPr>
                <w:b/>
                <w:sz w:val="20"/>
                <w:highlight w:val="lightGray"/>
              </w:rPr>
              <w:t>]</w:t>
            </w:r>
          </w:p>
        </w:tc>
      </w:tr>
    </w:tbl>
    <w:p w14:paraId="181A6454" w14:textId="77777777" w:rsidR="003B3609" w:rsidRDefault="00000000">
      <w:pPr>
        <w:spacing w:before="200" w:after="120"/>
      </w:pPr>
      <w:r>
        <w:rPr>
          <w:b/>
          <w:color w:val="1B365D"/>
          <w:sz w:val="26"/>
        </w:rPr>
        <w:br/>
      </w:r>
      <w:proofErr w:type="spellStart"/>
      <w:r>
        <w:rPr>
          <w:b/>
          <w:color w:val="1B365D"/>
          <w:sz w:val="26"/>
        </w:rPr>
        <w:t>Článek</w:t>
      </w:r>
      <w:proofErr w:type="spellEnd"/>
      <w:r>
        <w:rPr>
          <w:b/>
          <w:color w:val="1B365D"/>
          <w:sz w:val="26"/>
        </w:rPr>
        <w:t xml:space="preserve"> IV.</w:t>
      </w:r>
      <w:r>
        <w:rPr>
          <w:b/>
          <w:color w:val="1B365D"/>
          <w:sz w:val="26"/>
        </w:rPr>
        <w:br/>
        <w:t xml:space="preserve">Doba </w:t>
      </w:r>
      <w:proofErr w:type="spellStart"/>
      <w:r>
        <w:rPr>
          <w:b/>
          <w:color w:val="1B365D"/>
          <w:sz w:val="26"/>
        </w:rPr>
        <w:t>plnění</w:t>
      </w:r>
      <w:proofErr w:type="spellEnd"/>
      <w:r>
        <w:rPr>
          <w:b/>
          <w:color w:val="1B365D"/>
          <w:sz w:val="26"/>
        </w:rPr>
        <w:t xml:space="preserve">, </w:t>
      </w:r>
      <w:proofErr w:type="spellStart"/>
      <w:r>
        <w:rPr>
          <w:b/>
          <w:color w:val="1B365D"/>
          <w:sz w:val="26"/>
        </w:rPr>
        <w:t>předání</w:t>
      </w:r>
      <w:proofErr w:type="spellEnd"/>
      <w:r>
        <w:rPr>
          <w:b/>
          <w:color w:val="1B365D"/>
          <w:sz w:val="26"/>
        </w:rPr>
        <w:t xml:space="preserve"> a </w:t>
      </w:r>
      <w:proofErr w:type="spellStart"/>
      <w:r>
        <w:rPr>
          <w:b/>
          <w:color w:val="1B365D"/>
          <w:sz w:val="26"/>
        </w:rPr>
        <w:t>převzetí</w:t>
      </w:r>
      <w:proofErr w:type="spellEnd"/>
    </w:p>
    <w:p w14:paraId="4787AD47" w14:textId="3D2D1D56" w:rsidR="003B3609" w:rsidRPr="005E296D" w:rsidRDefault="00000000">
      <w:pPr>
        <w:spacing w:after="120"/>
      </w:pPr>
      <w:r>
        <w:t xml:space="preserve">1. </w:t>
      </w:r>
      <w:proofErr w:type="spellStart"/>
      <w:r>
        <w:t>Prodávající</w:t>
      </w:r>
      <w:proofErr w:type="spellEnd"/>
      <w:r>
        <w:t xml:space="preserve"> se </w:t>
      </w:r>
      <w:proofErr w:type="spellStart"/>
      <w:r>
        <w:t>zavazuje</w:t>
      </w:r>
      <w:proofErr w:type="spellEnd"/>
      <w:r>
        <w:t xml:space="preserve"> </w:t>
      </w:r>
      <w:proofErr w:type="spellStart"/>
      <w:r>
        <w:t>dodat</w:t>
      </w:r>
      <w:proofErr w:type="spellEnd"/>
      <w:r>
        <w:t xml:space="preserve"> </w:t>
      </w:r>
      <w:proofErr w:type="spellStart"/>
      <w:r>
        <w:t>všechna</w:t>
      </w:r>
      <w:proofErr w:type="spellEnd"/>
      <w:r>
        <w:t xml:space="preserve"> 3 </w:t>
      </w:r>
      <w:proofErr w:type="spellStart"/>
      <w:r>
        <w:t>vozidla</w:t>
      </w:r>
      <w:proofErr w:type="spellEnd"/>
      <w:r>
        <w:t xml:space="preserve"> </w:t>
      </w:r>
      <w:proofErr w:type="spellStart"/>
      <w:r>
        <w:t>nejpozději</w:t>
      </w:r>
      <w:proofErr w:type="spellEnd"/>
      <w:r>
        <w:t xml:space="preserve"> do 120 </w:t>
      </w:r>
      <w:proofErr w:type="spellStart"/>
      <w:r>
        <w:t>kalendářních</w:t>
      </w:r>
      <w:proofErr w:type="spellEnd"/>
      <w:r>
        <w:t xml:space="preserve"> </w:t>
      </w:r>
      <w:proofErr w:type="spellStart"/>
      <w:r>
        <w:t>dnů</w:t>
      </w:r>
      <w:proofErr w:type="spellEnd"/>
      <w:r>
        <w:t xml:space="preserve"> ode </w:t>
      </w:r>
      <w:proofErr w:type="spellStart"/>
      <w:r>
        <w:t>dne</w:t>
      </w:r>
      <w:proofErr w:type="spellEnd"/>
      <w:r>
        <w:t xml:space="preserve"> </w:t>
      </w:r>
      <w:proofErr w:type="spellStart"/>
      <w:r w:rsidR="009E23DF">
        <w:t>podpisu</w:t>
      </w:r>
      <w:proofErr w:type="spellEnd"/>
      <w:r>
        <w:t xml:space="preserve"> </w:t>
      </w:r>
      <w:proofErr w:type="spellStart"/>
      <w:r>
        <w:t>této</w:t>
      </w:r>
      <w:proofErr w:type="spellEnd"/>
      <w:r>
        <w:t xml:space="preserve"> </w:t>
      </w:r>
      <w:proofErr w:type="spellStart"/>
      <w:r>
        <w:t>Smlouvy</w:t>
      </w:r>
      <w:proofErr w:type="spellEnd"/>
      <w:r>
        <w:t>.</w:t>
      </w:r>
      <w:r>
        <w:br/>
        <w:t xml:space="preserve">2. </w:t>
      </w:r>
      <w:proofErr w:type="spellStart"/>
      <w:r>
        <w:t>Prodávající</w:t>
      </w:r>
      <w:proofErr w:type="spellEnd"/>
      <w:r>
        <w:t xml:space="preserve"> je </w:t>
      </w:r>
      <w:proofErr w:type="spellStart"/>
      <w:r>
        <w:t>povinen</w:t>
      </w:r>
      <w:proofErr w:type="spellEnd"/>
      <w:r>
        <w:t xml:space="preserve"> </w:t>
      </w:r>
      <w:proofErr w:type="spellStart"/>
      <w:r>
        <w:t>oznámit</w:t>
      </w:r>
      <w:proofErr w:type="spellEnd"/>
      <w:r>
        <w:t xml:space="preserve"> </w:t>
      </w:r>
      <w:proofErr w:type="spellStart"/>
      <w:r>
        <w:t>Kupujícímu</w:t>
      </w:r>
      <w:proofErr w:type="spellEnd"/>
      <w:r>
        <w:t xml:space="preserve"> </w:t>
      </w:r>
      <w:proofErr w:type="spellStart"/>
      <w:r>
        <w:t>přesný</w:t>
      </w:r>
      <w:proofErr w:type="spellEnd"/>
      <w:r>
        <w:t xml:space="preserve"> </w:t>
      </w:r>
      <w:proofErr w:type="spellStart"/>
      <w:r>
        <w:t>termín</w:t>
      </w:r>
      <w:proofErr w:type="spellEnd"/>
      <w:r>
        <w:t xml:space="preserve"> </w:t>
      </w:r>
      <w:proofErr w:type="spellStart"/>
      <w:r>
        <w:t>předání</w:t>
      </w:r>
      <w:proofErr w:type="spellEnd"/>
      <w:r>
        <w:t xml:space="preserve"> </w:t>
      </w:r>
      <w:proofErr w:type="spellStart"/>
      <w:r>
        <w:t>vozidel</w:t>
      </w:r>
      <w:proofErr w:type="spellEnd"/>
      <w:r>
        <w:t xml:space="preserve"> </w:t>
      </w:r>
      <w:proofErr w:type="spellStart"/>
      <w:r>
        <w:t>nejpozději</w:t>
      </w:r>
      <w:proofErr w:type="spellEnd"/>
      <w:r>
        <w:t xml:space="preserve"> 3 </w:t>
      </w:r>
      <w:proofErr w:type="spellStart"/>
      <w:r>
        <w:t>pracovní</w:t>
      </w:r>
      <w:proofErr w:type="spellEnd"/>
      <w:r>
        <w:t xml:space="preserve"> </w:t>
      </w:r>
      <w:proofErr w:type="spellStart"/>
      <w:r>
        <w:t>dny</w:t>
      </w:r>
      <w:proofErr w:type="spellEnd"/>
      <w:r>
        <w:t xml:space="preserve"> </w:t>
      </w:r>
      <w:proofErr w:type="spellStart"/>
      <w:r>
        <w:t>předem</w:t>
      </w:r>
      <w:proofErr w:type="spellEnd"/>
      <w:r>
        <w:t>.</w:t>
      </w:r>
      <w:r>
        <w:br/>
        <w:t xml:space="preserve">3. O </w:t>
      </w:r>
      <w:proofErr w:type="spellStart"/>
      <w:r>
        <w:t>předání</w:t>
      </w:r>
      <w:proofErr w:type="spellEnd"/>
      <w:r>
        <w:t xml:space="preserve"> a </w:t>
      </w:r>
      <w:proofErr w:type="spellStart"/>
      <w:r>
        <w:t>převzetí</w:t>
      </w:r>
      <w:proofErr w:type="spellEnd"/>
      <w:r>
        <w:t xml:space="preserve"> </w:t>
      </w:r>
      <w:proofErr w:type="spellStart"/>
      <w:r>
        <w:t>vozidel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mezi</w:t>
      </w:r>
      <w:proofErr w:type="spellEnd"/>
      <w:r>
        <w:t xml:space="preserve"> </w:t>
      </w:r>
      <w:proofErr w:type="spellStart"/>
      <w:r>
        <w:t>smluvními</w:t>
      </w:r>
      <w:proofErr w:type="spellEnd"/>
      <w:r>
        <w:t xml:space="preserve"> </w:t>
      </w:r>
      <w:proofErr w:type="spellStart"/>
      <w:r>
        <w:t>stranami</w:t>
      </w:r>
      <w:proofErr w:type="spellEnd"/>
      <w:r>
        <w:t xml:space="preserve"> </w:t>
      </w:r>
      <w:proofErr w:type="spellStart"/>
      <w:r>
        <w:t>sepsán</w:t>
      </w:r>
      <w:proofErr w:type="spellEnd"/>
      <w:r>
        <w:t xml:space="preserve"> </w:t>
      </w:r>
      <w:proofErr w:type="spellStart"/>
      <w:r>
        <w:t>písemný</w:t>
      </w:r>
      <w:proofErr w:type="spellEnd"/>
      <w:r>
        <w:t xml:space="preserve"> </w:t>
      </w:r>
      <w:proofErr w:type="spellStart"/>
      <w:r>
        <w:t>předávací</w:t>
      </w:r>
      <w:proofErr w:type="spellEnd"/>
      <w:r>
        <w:t xml:space="preserve"> </w:t>
      </w:r>
      <w:proofErr w:type="spellStart"/>
      <w:r>
        <w:t>protokol</w:t>
      </w:r>
      <w:proofErr w:type="spellEnd"/>
      <w:r>
        <w:t xml:space="preserve">. </w:t>
      </w:r>
      <w:proofErr w:type="spellStart"/>
      <w:r w:rsidRPr="005E296D">
        <w:t>Osobou</w:t>
      </w:r>
      <w:proofErr w:type="spellEnd"/>
      <w:r w:rsidRPr="005E296D">
        <w:t xml:space="preserve"> </w:t>
      </w:r>
      <w:proofErr w:type="spellStart"/>
      <w:r w:rsidRPr="005E296D">
        <w:t>oprávněnou</w:t>
      </w:r>
      <w:proofErr w:type="spellEnd"/>
      <w:r w:rsidRPr="005E296D">
        <w:t xml:space="preserve"> k </w:t>
      </w:r>
      <w:proofErr w:type="spellStart"/>
      <w:r w:rsidRPr="005E296D">
        <w:t>převzetí</w:t>
      </w:r>
      <w:proofErr w:type="spellEnd"/>
      <w:r w:rsidRPr="005E296D">
        <w:t xml:space="preserve"> </w:t>
      </w:r>
      <w:proofErr w:type="spellStart"/>
      <w:r w:rsidRPr="005E296D">
        <w:t>vozidel</w:t>
      </w:r>
      <w:proofErr w:type="spellEnd"/>
      <w:r w:rsidRPr="005E296D">
        <w:t xml:space="preserve"> a </w:t>
      </w:r>
      <w:proofErr w:type="spellStart"/>
      <w:r w:rsidRPr="005E296D">
        <w:t>podpisu</w:t>
      </w:r>
      <w:proofErr w:type="spellEnd"/>
      <w:r w:rsidRPr="005E296D">
        <w:t xml:space="preserve"> </w:t>
      </w:r>
      <w:proofErr w:type="spellStart"/>
      <w:r w:rsidRPr="005E296D">
        <w:t>předávacího</w:t>
      </w:r>
      <w:proofErr w:type="spellEnd"/>
      <w:r w:rsidRPr="005E296D">
        <w:t xml:space="preserve"> </w:t>
      </w:r>
      <w:proofErr w:type="spellStart"/>
      <w:r w:rsidRPr="005E296D">
        <w:t>protokolu</w:t>
      </w:r>
      <w:proofErr w:type="spellEnd"/>
      <w:r w:rsidRPr="005E296D">
        <w:t xml:space="preserve"> za </w:t>
      </w:r>
      <w:proofErr w:type="spellStart"/>
      <w:r w:rsidRPr="005E296D">
        <w:t>Kupujícího</w:t>
      </w:r>
      <w:proofErr w:type="spellEnd"/>
      <w:r w:rsidRPr="005E296D">
        <w:t xml:space="preserve"> je Ing. Vladimír Šimek, </w:t>
      </w:r>
      <w:proofErr w:type="spellStart"/>
      <w:r w:rsidRPr="005E296D">
        <w:t>ředitel</w:t>
      </w:r>
      <w:proofErr w:type="spellEnd"/>
      <w:r w:rsidRPr="005E296D">
        <w:t xml:space="preserve"> </w:t>
      </w:r>
      <w:proofErr w:type="spellStart"/>
      <w:r w:rsidRPr="005E296D">
        <w:t>zařízení</w:t>
      </w:r>
      <w:proofErr w:type="spellEnd"/>
      <w:r w:rsidR="005E296D" w:rsidRPr="005E296D">
        <w:t xml:space="preserve">, </w:t>
      </w:r>
      <w:proofErr w:type="spellStart"/>
      <w:r w:rsidR="005E296D" w:rsidRPr="005E296D">
        <w:t>popřípadě</w:t>
      </w:r>
      <w:proofErr w:type="spellEnd"/>
      <w:r w:rsidR="005E296D" w:rsidRPr="005E296D">
        <w:t xml:space="preserve"> Bc. Zdeňka Skořepová, </w:t>
      </w:r>
      <w:proofErr w:type="spellStart"/>
      <w:r w:rsidR="005E296D" w:rsidRPr="005E296D">
        <w:t>vedoucí</w:t>
      </w:r>
      <w:proofErr w:type="spellEnd"/>
      <w:r w:rsidR="005E296D" w:rsidRPr="005E296D">
        <w:t xml:space="preserve"> </w:t>
      </w:r>
      <w:proofErr w:type="spellStart"/>
      <w:r w:rsidR="005E296D" w:rsidRPr="005E296D">
        <w:t>Pečovatelské</w:t>
      </w:r>
      <w:proofErr w:type="spellEnd"/>
      <w:r w:rsidR="005E296D" w:rsidRPr="005E296D">
        <w:t xml:space="preserve"> </w:t>
      </w:r>
      <w:proofErr w:type="spellStart"/>
      <w:r w:rsidR="005E296D" w:rsidRPr="005E296D">
        <w:t>služby</w:t>
      </w:r>
      <w:proofErr w:type="spellEnd"/>
      <w:r w:rsidR="005E296D">
        <w:t>.</w:t>
      </w:r>
      <w:r w:rsidRPr="005E296D">
        <w:br/>
      </w:r>
    </w:p>
    <w:p w14:paraId="3B0F5090" w14:textId="77777777" w:rsidR="003B3609" w:rsidRPr="00C53653" w:rsidRDefault="00000000">
      <w:pPr>
        <w:spacing w:before="200" w:after="120"/>
      </w:pPr>
      <w:proofErr w:type="spellStart"/>
      <w:r w:rsidRPr="00C53653">
        <w:rPr>
          <w:b/>
          <w:color w:val="1B365D"/>
          <w:sz w:val="26"/>
        </w:rPr>
        <w:t>Článek</w:t>
      </w:r>
      <w:proofErr w:type="spellEnd"/>
      <w:r w:rsidRPr="00C53653">
        <w:rPr>
          <w:b/>
          <w:color w:val="1B365D"/>
          <w:sz w:val="26"/>
        </w:rPr>
        <w:t xml:space="preserve"> V.</w:t>
      </w:r>
      <w:r w:rsidRPr="00C53653">
        <w:rPr>
          <w:b/>
          <w:color w:val="1B365D"/>
          <w:sz w:val="26"/>
        </w:rPr>
        <w:br/>
      </w:r>
      <w:proofErr w:type="spellStart"/>
      <w:r w:rsidRPr="00C53653">
        <w:rPr>
          <w:b/>
          <w:color w:val="1B365D"/>
          <w:sz w:val="26"/>
        </w:rPr>
        <w:t>Platební</w:t>
      </w:r>
      <w:proofErr w:type="spellEnd"/>
      <w:r w:rsidRPr="00C53653">
        <w:rPr>
          <w:b/>
          <w:color w:val="1B365D"/>
          <w:sz w:val="26"/>
        </w:rPr>
        <w:t xml:space="preserve"> </w:t>
      </w:r>
      <w:proofErr w:type="spellStart"/>
      <w:r w:rsidRPr="00C53653">
        <w:rPr>
          <w:b/>
          <w:color w:val="1B365D"/>
          <w:sz w:val="26"/>
        </w:rPr>
        <w:t>podmínky</w:t>
      </w:r>
      <w:proofErr w:type="spellEnd"/>
    </w:p>
    <w:p w14:paraId="559280FF" w14:textId="50DC6019" w:rsidR="003B3609" w:rsidRPr="0020306D" w:rsidRDefault="00000000">
      <w:pPr>
        <w:spacing w:after="120"/>
      </w:pPr>
      <w:r w:rsidRPr="00C53653">
        <w:t xml:space="preserve">1. </w:t>
      </w:r>
      <w:proofErr w:type="spellStart"/>
      <w:r w:rsidRPr="00C53653">
        <w:t>Úhrada</w:t>
      </w:r>
      <w:proofErr w:type="spellEnd"/>
      <w:r w:rsidRPr="00C53653">
        <w:t xml:space="preserve"> </w:t>
      </w:r>
      <w:proofErr w:type="spellStart"/>
      <w:r w:rsidRPr="00C53653">
        <w:t>kupní</w:t>
      </w:r>
      <w:proofErr w:type="spellEnd"/>
      <w:r w:rsidRPr="00C53653">
        <w:t xml:space="preserve"> </w:t>
      </w:r>
      <w:proofErr w:type="spellStart"/>
      <w:r w:rsidRPr="00C53653">
        <w:t>ceny</w:t>
      </w:r>
      <w:proofErr w:type="spellEnd"/>
      <w:r w:rsidRPr="00C53653">
        <w:t xml:space="preserve"> </w:t>
      </w:r>
      <w:proofErr w:type="spellStart"/>
      <w:r w:rsidRPr="00C53653">
        <w:t>bude</w:t>
      </w:r>
      <w:proofErr w:type="spellEnd"/>
      <w:r w:rsidRPr="00C53653">
        <w:t xml:space="preserve"> </w:t>
      </w:r>
      <w:proofErr w:type="spellStart"/>
      <w:r w:rsidRPr="00C53653">
        <w:t>provedena</w:t>
      </w:r>
      <w:proofErr w:type="spellEnd"/>
      <w:r w:rsidRPr="00C53653">
        <w:t xml:space="preserve"> </w:t>
      </w:r>
      <w:proofErr w:type="spellStart"/>
      <w:r w:rsidRPr="00C53653">
        <w:t>bezhotovostně</w:t>
      </w:r>
      <w:proofErr w:type="spellEnd"/>
      <w:r w:rsidRPr="00C53653">
        <w:t xml:space="preserve"> </w:t>
      </w:r>
      <w:proofErr w:type="spellStart"/>
      <w:r w:rsidRPr="00C53653">
        <w:t>na</w:t>
      </w:r>
      <w:proofErr w:type="spellEnd"/>
      <w:r w:rsidRPr="00C53653">
        <w:t xml:space="preserve"> </w:t>
      </w:r>
      <w:proofErr w:type="spellStart"/>
      <w:r w:rsidRPr="00C53653">
        <w:t>základě</w:t>
      </w:r>
      <w:proofErr w:type="spellEnd"/>
      <w:r w:rsidRPr="00C53653">
        <w:t xml:space="preserve"> </w:t>
      </w:r>
      <w:proofErr w:type="spellStart"/>
      <w:r w:rsidRPr="00C53653">
        <w:t>daňového</w:t>
      </w:r>
      <w:proofErr w:type="spellEnd"/>
      <w:r w:rsidRPr="00C53653">
        <w:t xml:space="preserve"> </w:t>
      </w:r>
      <w:proofErr w:type="spellStart"/>
      <w:r w:rsidRPr="00C53653">
        <w:t>dokladu</w:t>
      </w:r>
      <w:proofErr w:type="spellEnd"/>
      <w:r w:rsidRPr="00C53653">
        <w:t xml:space="preserve"> (</w:t>
      </w:r>
      <w:proofErr w:type="spellStart"/>
      <w:r w:rsidRPr="00C53653">
        <w:t>faktury</w:t>
      </w:r>
      <w:proofErr w:type="spellEnd"/>
      <w:r w:rsidRPr="00C53653">
        <w:t xml:space="preserve">) </w:t>
      </w:r>
      <w:proofErr w:type="spellStart"/>
      <w:r w:rsidRPr="00C53653">
        <w:t>vystaveného</w:t>
      </w:r>
      <w:proofErr w:type="spellEnd"/>
      <w:r w:rsidRPr="00C53653">
        <w:t xml:space="preserve"> </w:t>
      </w:r>
      <w:proofErr w:type="spellStart"/>
      <w:r w:rsidRPr="00C53653">
        <w:t>Prodávajícím</w:t>
      </w:r>
      <w:proofErr w:type="spellEnd"/>
      <w:r w:rsidRPr="00C53653">
        <w:t xml:space="preserve"> po </w:t>
      </w:r>
      <w:proofErr w:type="spellStart"/>
      <w:r w:rsidRPr="00C53653">
        <w:t>řádném</w:t>
      </w:r>
      <w:proofErr w:type="spellEnd"/>
      <w:r w:rsidRPr="00C53653">
        <w:t xml:space="preserve"> </w:t>
      </w:r>
      <w:proofErr w:type="spellStart"/>
      <w:r w:rsidRPr="00C53653">
        <w:t>předání</w:t>
      </w:r>
      <w:proofErr w:type="spellEnd"/>
      <w:r w:rsidRPr="00C53653">
        <w:t xml:space="preserve"> a </w:t>
      </w:r>
      <w:proofErr w:type="spellStart"/>
      <w:r w:rsidRPr="00C53653">
        <w:t>převzetí</w:t>
      </w:r>
      <w:proofErr w:type="spellEnd"/>
      <w:r w:rsidRPr="00C53653">
        <w:t xml:space="preserve"> </w:t>
      </w:r>
      <w:proofErr w:type="spellStart"/>
      <w:r w:rsidRPr="00C53653">
        <w:t>všech</w:t>
      </w:r>
      <w:proofErr w:type="spellEnd"/>
      <w:r w:rsidRPr="00C53653">
        <w:t xml:space="preserve"> 3 </w:t>
      </w:r>
      <w:proofErr w:type="spellStart"/>
      <w:r w:rsidRPr="00C53653">
        <w:t>vozidel</w:t>
      </w:r>
      <w:proofErr w:type="spellEnd"/>
      <w:r w:rsidRPr="00C53653">
        <w:t xml:space="preserve"> bez </w:t>
      </w:r>
      <w:proofErr w:type="spellStart"/>
      <w:r w:rsidRPr="00C53653">
        <w:t>vad</w:t>
      </w:r>
      <w:proofErr w:type="spellEnd"/>
      <w:r w:rsidRPr="00C53653">
        <w:t xml:space="preserve"> a </w:t>
      </w:r>
      <w:proofErr w:type="spellStart"/>
      <w:r w:rsidRPr="00C53653">
        <w:t>nedodělků</w:t>
      </w:r>
      <w:proofErr w:type="spellEnd"/>
      <w:r w:rsidRPr="00C53653">
        <w:t>.</w:t>
      </w:r>
      <w:r w:rsidRPr="00C53653">
        <w:br/>
        <w:t xml:space="preserve">2. </w:t>
      </w:r>
      <w:proofErr w:type="spellStart"/>
      <w:r w:rsidRPr="00C53653">
        <w:t>Kupující</w:t>
      </w:r>
      <w:proofErr w:type="spellEnd"/>
      <w:r w:rsidRPr="00C53653">
        <w:t xml:space="preserve"> </w:t>
      </w:r>
      <w:proofErr w:type="spellStart"/>
      <w:r w:rsidRPr="00C53653">
        <w:t>neposkytuje</w:t>
      </w:r>
      <w:proofErr w:type="spellEnd"/>
      <w:r w:rsidRPr="00C53653">
        <w:t xml:space="preserve"> </w:t>
      </w:r>
      <w:proofErr w:type="spellStart"/>
      <w:r w:rsidRPr="00C53653">
        <w:t>Prodávajícímu</w:t>
      </w:r>
      <w:proofErr w:type="spellEnd"/>
      <w:r w:rsidRPr="00C53653">
        <w:t xml:space="preserve"> </w:t>
      </w:r>
      <w:proofErr w:type="spellStart"/>
      <w:r w:rsidRPr="00C53653">
        <w:t>jakékoliv</w:t>
      </w:r>
      <w:proofErr w:type="spellEnd"/>
      <w:r w:rsidRPr="00C53653">
        <w:t xml:space="preserve"> </w:t>
      </w:r>
      <w:proofErr w:type="spellStart"/>
      <w:r w:rsidRPr="00C53653">
        <w:t>zálohy</w:t>
      </w:r>
      <w:proofErr w:type="spellEnd"/>
      <w:r w:rsidRPr="00C53653">
        <w:t>.</w:t>
      </w:r>
      <w:r w:rsidRPr="00C53653">
        <w:br/>
        <w:t xml:space="preserve">3. </w:t>
      </w:r>
      <w:proofErr w:type="spellStart"/>
      <w:r w:rsidRPr="00C53653">
        <w:t>Splatnost</w:t>
      </w:r>
      <w:proofErr w:type="spellEnd"/>
      <w:r w:rsidRPr="00C53653">
        <w:t xml:space="preserve"> </w:t>
      </w:r>
      <w:proofErr w:type="spellStart"/>
      <w:r w:rsidRPr="00C53653">
        <w:t>faktury</w:t>
      </w:r>
      <w:proofErr w:type="spellEnd"/>
      <w:r w:rsidRPr="00C53653">
        <w:t xml:space="preserve"> </w:t>
      </w:r>
      <w:proofErr w:type="spellStart"/>
      <w:r w:rsidRPr="00C53653">
        <w:t>činí</w:t>
      </w:r>
      <w:proofErr w:type="spellEnd"/>
      <w:r w:rsidRPr="00C53653">
        <w:t xml:space="preserve"> </w:t>
      </w:r>
      <w:r w:rsidR="00B55652">
        <w:t>14</w:t>
      </w:r>
      <w:r w:rsidRPr="00C53653">
        <w:t xml:space="preserve"> </w:t>
      </w:r>
      <w:proofErr w:type="spellStart"/>
      <w:r w:rsidRPr="00C53653">
        <w:t>kalendářních</w:t>
      </w:r>
      <w:proofErr w:type="spellEnd"/>
      <w:r w:rsidRPr="00C53653">
        <w:t xml:space="preserve"> </w:t>
      </w:r>
      <w:proofErr w:type="spellStart"/>
      <w:r w:rsidRPr="00C53653">
        <w:t>dnů</w:t>
      </w:r>
      <w:proofErr w:type="spellEnd"/>
      <w:r w:rsidRPr="00C53653">
        <w:t xml:space="preserve"> ode </w:t>
      </w:r>
      <w:proofErr w:type="spellStart"/>
      <w:r w:rsidRPr="00C53653">
        <w:t>dne</w:t>
      </w:r>
      <w:proofErr w:type="spellEnd"/>
      <w:r w:rsidRPr="00C53653">
        <w:t xml:space="preserve"> </w:t>
      </w:r>
      <w:proofErr w:type="spellStart"/>
      <w:r w:rsidRPr="00C53653">
        <w:t>jejího</w:t>
      </w:r>
      <w:proofErr w:type="spellEnd"/>
      <w:r w:rsidRPr="00C53653">
        <w:t xml:space="preserve"> </w:t>
      </w:r>
      <w:proofErr w:type="spellStart"/>
      <w:r w:rsidRPr="00C53653">
        <w:t>prokazatelného</w:t>
      </w:r>
      <w:proofErr w:type="spellEnd"/>
      <w:r w:rsidRPr="00C53653">
        <w:t xml:space="preserve"> </w:t>
      </w:r>
      <w:proofErr w:type="spellStart"/>
      <w:r w:rsidRPr="00C53653">
        <w:t>doručení</w:t>
      </w:r>
      <w:proofErr w:type="spellEnd"/>
      <w:r w:rsidRPr="00C53653">
        <w:t xml:space="preserve"> </w:t>
      </w:r>
      <w:proofErr w:type="spellStart"/>
      <w:r w:rsidRPr="00C53653">
        <w:t>Kupujícímu</w:t>
      </w:r>
      <w:proofErr w:type="spellEnd"/>
      <w:r w:rsidRPr="00C53653">
        <w:t xml:space="preserve"> </w:t>
      </w:r>
      <w:proofErr w:type="spellStart"/>
      <w:r w:rsidRPr="00C53653">
        <w:t>na</w:t>
      </w:r>
      <w:proofErr w:type="spellEnd"/>
      <w:r w:rsidRPr="00C53653">
        <w:t xml:space="preserve"> </w:t>
      </w:r>
      <w:proofErr w:type="spellStart"/>
      <w:r w:rsidRPr="00C53653">
        <w:t>jeho</w:t>
      </w:r>
      <w:proofErr w:type="spellEnd"/>
      <w:r w:rsidRPr="00C53653">
        <w:t xml:space="preserve"> </w:t>
      </w:r>
      <w:proofErr w:type="spellStart"/>
      <w:r w:rsidRPr="00C53653">
        <w:t>bankovní</w:t>
      </w:r>
      <w:proofErr w:type="spellEnd"/>
      <w:r w:rsidRPr="00C53653">
        <w:t xml:space="preserve"> </w:t>
      </w:r>
      <w:proofErr w:type="spellStart"/>
      <w:r w:rsidRPr="00C53653">
        <w:t>účet</w:t>
      </w:r>
      <w:proofErr w:type="spellEnd"/>
      <w:r w:rsidRPr="00C53653">
        <w:t xml:space="preserve"> </w:t>
      </w:r>
      <w:proofErr w:type="spellStart"/>
      <w:r w:rsidRPr="00C53653">
        <w:t>uvedený</w:t>
      </w:r>
      <w:proofErr w:type="spellEnd"/>
      <w:r w:rsidRPr="00C53653">
        <w:t xml:space="preserve"> v </w:t>
      </w:r>
      <w:proofErr w:type="spellStart"/>
      <w:r w:rsidRPr="00C53653">
        <w:t>Článku</w:t>
      </w:r>
      <w:proofErr w:type="spellEnd"/>
      <w:r w:rsidRPr="00C53653">
        <w:t xml:space="preserve"> I. </w:t>
      </w:r>
      <w:proofErr w:type="spellStart"/>
      <w:r w:rsidRPr="00C53653">
        <w:t>této</w:t>
      </w:r>
      <w:proofErr w:type="spellEnd"/>
      <w:r w:rsidRPr="00C53653">
        <w:t xml:space="preserve"> Smlouvy. </w:t>
      </w:r>
      <w:r w:rsidRPr="0020306D">
        <w:t xml:space="preserve">Faktura </w:t>
      </w:r>
      <w:proofErr w:type="spellStart"/>
      <w:r w:rsidRPr="0020306D">
        <w:t>musí</w:t>
      </w:r>
      <w:proofErr w:type="spellEnd"/>
      <w:r w:rsidRPr="0020306D">
        <w:t xml:space="preserve"> </w:t>
      </w:r>
      <w:proofErr w:type="spellStart"/>
      <w:r w:rsidRPr="0020306D">
        <w:t>obsahovat</w:t>
      </w:r>
      <w:proofErr w:type="spellEnd"/>
      <w:r w:rsidRPr="0020306D">
        <w:t xml:space="preserve"> </w:t>
      </w:r>
      <w:proofErr w:type="spellStart"/>
      <w:r w:rsidRPr="0020306D">
        <w:t>všechny</w:t>
      </w:r>
      <w:proofErr w:type="spellEnd"/>
      <w:r w:rsidRPr="0020306D">
        <w:t xml:space="preserve"> </w:t>
      </w:r>
      <w:proofErr w:type="spellStart"/>
      <w:r w:rsidRPr="0020306D">
        <w:t>náležitosti</w:t>
      </w:r>
      <w:proofErr w:type="spellEnd"/>
      <w:r w:rsidRPr="0020306D">
        <w:t xml:space="preserve"> </w:t>
      </w:r>
      <w:proofErr w:type="spellStart"/>
      <w:r w:rsidRPr="0020306D">
        <w:t>daňového</w:t>
      </w:r>
      <w:proofErr w:type="spellEnd"/>
      <w:r w:rsidRPr="0020306D">
        <w:t xml:space="preserve"> </w:t>
      </w:r>
      <w:proofErr w:type="spellStart"/>
      <w:r w:rsidRPr="0020306D">
        <w:lastRenderedPageBreak/>
        <w:t>dokladu</w:t>
      </w:r>
      <w:proofErr w:type="spellEnd"/>
      <w:r w:rsidRPr="0020306D">
        <w:t xml:space="preserve"> </w:t>
      </w:r>
      <w:proofErr w:type="spellStart"/>
      <w:r w:rsidRPr="0020306D">
        <w:t>dle</w:t>
      </w:r>
      <w:proofErr w:type="spellEnd"/>
      <w:r w:rsidRPr="0020306D">
        <w:t xml:space="preserve"> </w:t>
      </w:r>
      <w:proofErr w:type="spellStart"/>
      <w:r w:rsidRPr="0020306D">
        <w:t>zákona</w:t>
      </w:r>
      <w:proofErr w:type="spellEnd"/>
      <w:r w:rsidRPr="0020306D">
        <w:t xml:space="preserve"> č. 235/2004 Sb., o </w:t>
      </w:r>
      <w:proofErr w:type="spellStart"/>
      <w:r w:rsidRPr="0020306D">
        <w:t>dani</w:t>
      </w:r>
      <w:proofErr w:type="spellEnd"/>
      <w:r w:rsidRPr="0020306D">
        <w:t xml:space="preserve"> z </w:t>
      </w:r>
      <w:proofErr w:type="spellStart"/>
      <w:r w:rsidRPr="0020306D">
        <w:t>přidané</w:t>
      </w:r>
      <w:proofErr w:type="spellEnd"/>
      <w:r w:rsidRPr="0020306D">
        <w:t xml:space="preserve"> </w:t>
      </w:r>
      <w:proofErr w:type="spellStart"/>
      <w:r w:rsidRPr="0020306D">
        <w:t>hodnoty</w:t>
      </w:r>
      <w:proofErr w:type="spellEnd"/>
      <w:r w:rsidRPr="0020306D">
        <w:t>.</w:t>
      </w:r>
      <w:r w:rsidRPr="0020306D">
        <w:br/>
      </w:r>
    </w:p>
    <w:p w14:paraId="706BAAEC" w14:textId="77777777" w:rsidR="003B3609" w:rsidRPr="00F26D0F" w:rsidRDefault="00000000">
      <w:pPr>
        <w:spacing w:before="200" w:after="120"/>
        <w:rPr>
          <w:lang w:val="pl-PL"/>
        </w:rPr>
      </w:pPr>
      <w:proofErr w:type="spellStart"/>
      <w:r w:rsidRPr="00F26D0F">
        <w:rPr>
          <w:b/>
          <w:color w:val="1B365D"/>
          <w:sz w:val="26"/>
          <w:lang w:val="pl-PL"/>
        </w:rPr>
        <w:t>Článek</w:t>
      </w:r>
      <w:proofErr w:type="spellEnd"/>
      <w:r w:rsidRPr="00F26D0F">
        <w:rPr>
          <w:b/>
          <w:color w:val="1B365D"/>
          <w:sz w:val="26"/>
          <w:lang w:val="pl-PL"/>
        </w:rPr>
        <w:t xml:space="preserve"> VI.</w:t>
      </w:r>
      <w:r w:rsidRPr="00F26D0F">
        <w:rPr>
          <w:b/>
          <w:color w:val="1B365D"/>
          <w:sz w:val="26"/>
          <w:lang w:val="pl-PL"/>
        </w:rPr>
        <w:br/>
      </w:r>
      <w:proofErr w:type="spellStart"/>
      <w:r w:rsidRPr="00F26D0F">
        <w:rPr>
          <w:b/>
          <w:color w:val="1B365D"/>
          <w:sz w:val="26"/>
          <w:lang w:val="pl-PL"/>
        </w:rPr>
        <w:t>Záruka</w:t>
      </w:r>
      <w:proofErr w:type="spellEnd"/>
      <w:r w:rsidRPr="00F26D0F">
        <w:rPr>
          <w:b/>
          <w:color w:val="1B365D"/>
          <w:sz w:val="26"/>
          <w:lang w:val="pl-PL"/>
        </w:rPr>
        <w:t xml:space="preserve"> za </w:t>
      </w:r>
      <w:proofErr w:type="spellStart"/>
      <w:r w:rsidRPr="00F26D0F">
        <w:rPr>
          <w:b/>
          <w:color w:val="1B365D"/>
          <w:sz w:val="26"/>
          <w:lang w:val="pl-PL"/>
        </w:rPr>
        <w:t>jakost</w:t>
      </w:r>
      <w:proofErr w:type="spellEnd"/>
      <w:r w:rsidRPr="00F26D0F">
        <w:rPr>
          <w:b/>
          <w:color w:val="1B365D"/>
          <w:sz w:val="26"/>
          <w:lang w:val="pl-PL"/>
        </w:rPr>
        <w:t xml:space="preserve"> a </w:t>
      </w:r>
      <w:proofErr w:type="spellStart"/>
      <w:r w:rsidRPr="00F26D0F">
        <w:rPr>
          <w:b/>
          <w:color w:val="1B365D"/>
          <w:sz w:val="26"/>
          <w:lang w:val="pl-PL"/>
        </w:rPr>
        <w:t>servisní</w:t>
      </w:r>
      <w:proofErr w:type="spellEnd"/>
      <w:r w:rsidRPr="00F26D0F">
        <w:rPr>
          <w:b/>
          <w:color w:val="1B365D"/>
          <w:sz w:val="26"/>
          <w:lang w:val="pl-PL"/>
        </w:rPr>
        <w:t xml:space="preserve"> </w:t>
      </w:r>
      <w:proofErr w:type="spellStart"/>
      <w:r w:rsidRPr="00F26D0F">
        <w:rPr>
          <w:b/>
          <w:color w:val="1B365D"/>
          <w:sz w:val="26"/>
          <w:lang w:val="pl-PL"/>
        </w:rPr>
        <w:t>dostupnost</w:t>
      </w:r>
      <w:proofErr w:type="spellEnd"/>
    </w:p>
    <w:p w14:paraId="6D891C56" w14:textId="00EE7A65" w:rsidR="003B3609" w:rsidRPr="00F26D0F" w:rsidRDefault="00000000">
      <w:pPr>
        <w:spacing w:after="120"/>
        <w:rPr>
          <w:lang w:val="pl-PL"/>
        </w:rPr>
      </w:pPr>
      <w:r w:rsidRPr="00F26D0F">
        <w:rPr>
          <w:lang w:val="pl-PL"/>
        </w:rPr>
        <w:t xml:space="preserve">1. </w:t>
      </w:r>
      <w:proofErr w:type="spellStart"/>
      <w:r w:rsidRPr="00F26D0F">
        <w:rPr>
          <w:lang w:val="pl-PL"/>
        </w:rPr>
        <w:t>Prodávající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poskytuje</w:t>
      </w:r>
      <w:proofErr w:type="spellEnd"/>
      <w:r w:rsidRPr="00F26D0F">
        <w:rPr>
          <w:lang w:val="pl-PL"/>
        </w:rPr>
        <w:t xml:space="preserve"> na </w:t>
      </w:r>
      <w:proofErr w:type="spellStart"/>
      <w:r w:rsidRPr="00F26D0F">
        <w:rPr>
          <w:lang w:val="pl-PL"/>
        </w:rPr>
        <w:t>dodaná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vozidla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prodlouženou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záruku</w:t>
      </w:r>
      <w:proofErr w:type="spellEnd"/>
      <w:r w:rsidRPr="00F26D0F">
        <w:rPr>
          <w:lang w:val="pl-PL"/>
        </w:rPr>
        <w:t xml:space="preserve"> za </w:t>
      </w:r>
      <w:proofErr w:type="spellStart"/>
      <w:r w:rsidRPr="00F26D0F">
        <w:rPr>
          <w:lang w:val="pl-PL"/>
        </w:rPr>
        <w:t>jakost</w:t>
      </w:r>
      <w:proofErr w:type="spellEnd"/>
      <w:r w:rsidRPr="00F26D0F">
        <w:rPr>
          <w:lang w:val="pl-PL"/>
        </w:rPr>
        <w:t xml:space="preserve"> v </w:t>
      </w:r>
      <w:proofErr w:type="spellStart"/>
      <w:r w:rsidRPr="00F26D0F">
        <w:rPr>
          <w:lang w:val="pl-PL"/>
        </w:rPr>
        <w:t>délce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minimálně</w:t>
      </w:r>
      <w:proofErr w:type="spellEnd"/>
      <w:r w:rsidRPr="00F26D0F">
        <w:rPr>
          <w:lang w:val="pl-PL"/>
        </w:rPr>
        <w:t xml:space="preserve"> 5 </w:t>
      </w:r>
      <w:proofErr w:type="spellStart"/>
      <w:r w:rsidRPr="00F26D0F">
        <w:rPr>
          <w:lang w:val="pl-PL"/>
        </w:rPr>
        <w:t>let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nebo</w:t>
      </w:r>
      <w:proofErr w:type="spellEnd"/>
      <w:r w:rsidRPr="00F26D0F">
        <w:rPr>
          <w:lang w:val="pl-PL"/>
        </w:rPr>
        <w:t xml:space="preserve"> do </w:t>
      </w:r>
      <w:proofErr w:type="spellStart"/>
      <w:r w:rsidRPr="00F26D0F">
        <w:rPr>
          <w:lang w:val="pl-PL"/>
        </w:rPr>
        <w:t>najetí</w:t>
      </w:r>
      <w:proofErr w:type="spellEnd"/>
      <w:r w:rsidRPr="00F26D0F">
        <w:rPr>
          <w:lang w:val="pl-PL"/>
        </w:rPr>
        <w:t xml:space="preserve"> 60 000 km (podle </w:t>
      </w:r>
      <w:proofErr w:type="spellStart"/>
      <w:r w:rsidRPr="00F26D0F">
        <w:rPr>
          <w:lang w:val="pl-PL"/>
        </w:rPr>
        <w:t>toho</w:t>
      </w:r>
      <w:proofErr w:type="spellEnd"/>
      <w:r w:rsidRPr="00F26D0F">
        <w:rPr>
          <w:lang w:val="pl-PL"/>
        </w:rPr>
        <w:t xml:space="preserve">, </w:t>
      </w:r>
      <w:proofErr w:type="spellStart"/>
      <w:r w:rsidRPr="00F26D0F">
        <w:rPr>
          <w:lang w:val="pl-PL"/>
        </w:rPr>
        <w:t>která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skutečnost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nastane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dříve</w:t>
      </w:r>
      <w:proofErr w:type="spellEnd"/>
      <w:r w:rsidRPr="00F26D0F">
        <w:rPr>
          <w:lang w:val="pl-PL"/>
        </w:rPr>
        <w:t>).</w:t>
      </w:r>
      <w:r w:rsidRPr="00F26D0F">
        <w:rPr>
          <w:lang w:val="pl-PL"/>
        </w:rPr>
        <w:br/>
        <w:t xml:space="preserve">2. Z </w:t>
      </w:r>
      <w:proofErr w:type="spellStart"/>
      <w:r w:rsidRPr="00F26D0F">
        <w:rPr>
          <w:lang w:val="pl-PL"/>
        </w:rPr>
        <w:t>důvodu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zajištění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nepřetržitého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provozu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terénní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Pečovatelské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služby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se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Prodávající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zavazuje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garantovat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provádění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záručního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servisu</w:t>
      </w:r>
      <w:proofErr w:type="spellEnd"/>
      <w:r w:rsidRPr="00F26D0F">
        <w:rPr>
          <w:lang w:val="pl-PL"/>
        </w:rPr>
        <w:t xml:space="preserve"> v </w:t>
      </w:r>
      <w:proofErr w:type="spellStart"/>
      <w:r w:rsidRPr="00F26D0F">
        <w:rPr>
          <w:lang w:val="pl-PL"/>
        </w:rPr>
        <w:t>autorizovaném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servisním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středisku</w:t>
      </w:r>
      <w:proofErr w:type="spellEnd"/>
      <w:r w:rsidRPr="00F26D0F">
        <w:rPr>
          <w:lang w:val="pl-PL"/>
        </w:rPr>
        <w:t xml:space="preserve"> v </w:t>
      </w:r>
      <w:proofErr w:type="spellStart"/>
      <w:r w:rsidRPr="00F26D0F">
        <w:rPr>
          <w:lang w:val="pl-PL"/>
        </w:rPr>
        <w:t>přiměřené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dojezdové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vzdálenosti</w:t>
      </w:r>
      <w:proofErr w:type="spellEnd"/>
      <w:r w:rsidRPr="00F26D0F">
        <w:rPr>
          <w:lang w:val="pl-PL"/>
        </w:rPr>
        <w:t xml:space="preserve"> (</w:t>
      </w:r>
      <w:proofErr w:type="spellStart"/>
      <w:r w:rsidRPr="00F26D0F">
        <w:rPr>
          <w:lang w:val="pl-PL"/>
        </w:rPr>
        <w:t>maximálně</w:t>
      </w:r>
      <w:proofErr w:type="spellEnd"/>
      <w:r w:rsidRPr="00F26D0F">
        <w:rPr>
          <w:lang w:val="pl-PL"/>
        </w:rPr>
        <w:t xml:space="preserve"> do </w:t>
      </w:r>
      <w:r w:rsidR="00B55652">
        <w:rPr>
          <w:lang w:val="pl-PL"/>
        </w:rPr>
        <w:t>50</w:t>
      </w:r>
      <w:r w:rsidRPr="00F26D0F">
        <w:rPr>
          <w:lang w:val="pl-PL"/>
        </w:rPr>
        <w:t xml:space="preserve"> km od </w:t>
      </w:r>
      <w:proofErr w:type="spellStart"/>
      <w:r w:rsidRPr="00F26D0F">
        <w:rPr>
          <w:lang w:val="pl-PL"/>
        </w:rPr>
        <w:t>sídla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Kupujícího</w:t>
      </w:r>
      <w:proofErr w:type="spellEnd"/>
      <w:r w:rsidRPr="00F26D0F">
        <w:rPr>
          <w:lang w:val="pl-PL"/>
        </w:rPr>
        <w:t xml:space="preserve"> v </w:t>
      </w:r>
      <w:proofErr w:type="spellStart"/>
      <w:r w:rsidRPr="00F26D0F">
        <w:rPr>
          <w:lang w:val="pl-PL"/>
        </w:rPr>
        <w:t>Nové</w:t>
      </w:r>
      <w:proofErr w:type="spellEnd"/>
      <w:r w:rsidRPr="00F26D0F">
        <w:rPr>
          <w:lang w:val="pl-PL"/>
        </w:rPr>
        <w:t xml:space="preserve"> Pace).</w:t>
      </w:r>
      <w:r w:rsidRPr="00F26D0F">
        <w:rPr>
          <w:lang w:val="pl-PL"/>
        </w:rPr>
        <w:br/>
        <w:t xml:space="preserve">3. </w:t>
      </w:r>
      <w:proofErr w:type="spellStart"/>
      <w:r w:rsidRPr="00F26D0F">
        <w:rPr>
          <w:lang w:val="pl-PL"/>
        </w:rPr>
        <w:t>Prodávající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se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zavazuje</w:t>
      </w:r>
      <w:proofErr w:type="spellEnd"/>
      <w:r w:rsidRPr="00F26D0F">
        <w:rPr>
          <w:lang w:val="pl-PL"/>
        </w:rPr>
        <w:t xml:space="preserve"> v </w:t>
      </w:r>
      <w:proofErr w:type="spellStart"/>
      <w:r w:rsidRPr="00F26D0F">
        <w:rPr>
          <w:lang w:val="pl-PL"/>
        </w:rPr>
        <w:t>případě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nahlášení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záruční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vady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Kupujícím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započít</w:t>
      </w:r>
      <w:proofErr w:type="spellEnd"/>
      <w:r w:rsidRPr="00F26D0F">
        <w:rPr>
          <w:lang w:val="pl-PL"/>
        </w:rPr>
        <w:t xml:space="preserve"> s </w:t>
      </w:r>
      <w:proofErr w:type="spellStart"/>
      <w:r w:rsidRPr="00F26D0F">
        <w:rPr>
          <w:lang w:val="pl-PL"/>
        </w:rPr>
        <w:t>jejím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odstraňováním</w:t>
      </w:r>
      <w:proofErr w:type="spellEnd"/>
      <w:r w:rsidRPr="00F26D0F">
        <w:rPr>
          <w:lang w:val="pl-PL"/>
        </w:rPr>
        <w:t xml:space="preserve"> v </w:t>
      </w:r>
      <w:proofErr w:type="spellStart"/>
      <w:r w:rsidRPr="00F26D0F">
        <w:rPr>
          <w:lang w:val="pl-PL"/>
        </w:rPr>
        <w:t>autorizovaném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servisu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nejpozději</w:t>
      </w:r>
      <w:proofErr w:type="spellEnd"/>
      <w:r w:rsidRPr="00F26D0F">
        <w:rPr>
          <w:lang w:val="pl-PL"/>
        </w:rPr>
        <w:t xml:space="preserve"> do 48 </w:t>
      </w:r>
      <w:proofErr w:type="spellStart"/>
      <w:r w:rsidRPr="00F26D0F">
        <w:rPr>
          <w:lang w:val="pl-PL"/>
        </w:rPr>
        <w:t>hodin</w:t>
      </w:r>
      <w:proofErr w:type="spellEnd"/>
      <w:r w:rsidRPr="00F26D0F">
        <w:rPr>
          <w:lang w:val="pl-PL"/>
        </w:rPr>
        <w:t xml:space="preserve"> od </w:t>
      </w:r>
      <w:proofErr w:type="spellStart"/>
      <w:r w:rsidRPr="00F26D0F">
        <w:rPr>
          <w:lang w:val="pl-PL"/>
        </w:rPr>
        <w:t>oznámení</w:t>
      </w:r>
      <w:proofErr w:type="spellEnd"/>
      <w:r w:rsidRPr="00F26D0F">
        <w:rPr>
          <w:lang w:val="pl-PL"/>
        </w:rPr>
        <w:t xml:space="preserve">. </w:t>
      </w:r>
    </w:p>
    <w:p w14:paraId="40111224" w14:textId="77777777" w:rsidR="003B3609" w:rsidRPr="00F26D0F" w:rsidRDefault="00000000">
      <w:pPr>
        <w:spacing w:before="200" w:after="120"/>
        <w:rPr>
          <w:lang w:val="pl-PL"/>
        </w:rPr>
      </w:pPr>
      <w:proofErr w:type="spellStart"/>
      <w:r w:rsidRPr="00F26D0F">
        <w:rPr>
          <w:b/>
          <w:color w:val="1B365D"/>
          <w:sz w:val="26"/>
          <w:lang w:val="pl-PL"/>
        </w:rPr>
        <w:t>Článek</w:t>
      </w:r>
      <w:proofErr w:type="spellEnd"/>
      <w:r w:rsidRPr="00F26D0F">
        <w:rPr>
          <w:b/>
          <w:color w:val="1B365D"/>
          <w:sz w:val="26"/>
          <w:lang w:val="pl-PL"/>
        </w:rPr>
        <w:t xml:space="preserve"> VII.</w:t>
      </w:r>
      <w:r w:rsidRPr="00F26D0F">
        <w:rPr>
          <w:b/>
          <w:color w:val="1B365D"/>
          <w:sz w:val="26"/>
          <w:lang w:val="pl-PL"/>
        </w:rPr>
        <w:br/>
      </w:r>
      <w:proofErr w:type="spellStart"/>
      <w:r w:rsidRPr="00F26D0F">
        <w:rPr>
          <w:b/>
          <w:color w:val="1B365D"/>
          <w:sz w:val="26"/>
          <w:lang w:val="pl-PL"/>
        </w:rPr>
        <w:t>Smluvní</w:t>
      </w:r>
      <w:proofErr w:type="spellEnd"/>
      <w:r w:rsidRPr="00F26D0F">
        <w:rPr>
          <w:b/>
          <w:color w:val="1B365D"/>
          <w:sz w:val="26"/>
          <w:lang w:val="pl-PL"/>
        </w:rPr>
        <w:t xml:space="preserve"> </w:t>
      </w:r>
      <w:proofErr w:type="spellStart"/>
      <w:r w:rsidRPr="00F26D0F">
        <w:rPr>
          <w:b/>
          <w:color w:val="1B365D"/>
          <w:sz w:val="26"/>
          <w:lang w:val="pl-PL"/>
        </w:rPr>
        <w:t>sankce</w:t>
      </w:r>
      <w:proofErr w:type="spellEnd"/>
      <w:r w:rsidRPr="00F26D0F">
        <w:rPr>
          <w:b/>
          <w:color w:val="1B365D"/>
          <w:sz w:val="26"/>
          <w:lang w:val="pl-PL"/>
        </w:rPr>
        <w:t xml:space="preserve"> a </w:t>
      </w:r>
      <w:proofErr w:type="spellStart"/>
      <w:r w:rsidRPr="00F26D0F">
        <w:rPr>
          <w:b/>
          <w:color w:val="1B365D"/>
          <w:sz w:val="26"/>
          <w:lang w:val="pl-PL"/>
        </w:rPr>
        <w:t>odstoupení</w:t>
      </w:r>
      <w:proofErr w:type="spellEnd"/>
      <w:r w:rsidRPr="00F26D0F">
        <w:rPr>
          <w:b/>
          <w:color w:val="1B365D"/>
          <w:sz w:val="26"/>
          <w:lang w:val="pl-PL"/>
        </w:rPr>
        <w:t xml:space="preserve"> od </w:t>
      </w:r>
      <w:proofErr w:type="spellStart"/>
      <w:r w:rsidRPr="00F26D0F">
        <w:rPr>
          <w:b/>
          <w:color w:val="1B365D"/>
          <w:sz w:val="26"/>
          <w:lang w:val="pl-PL"/>
        </w:rPr>
        <w:t>smlouvy</w:t>
      </w:r>
      <w:proofErr w:type="spellEnd"/>
    </w:p>
    <w:p w14:paraId="69F1D581" w14:textId="77777777" w:rsidR="003B3609" w:rsidRPr="00F26D0F" w:rsidRDefault="00000000">
      <w:pPr>
        <w:spacing w:after="120"/>
        <w:rPr>
          <w:lang w:val="pl-PL"/>
        </w:rPr>
      </w:pPr>
      <w:r w:rsidRPr="00F26D0F">
        <w:rPr>
          <w:lang w:val="pl-PL"/>
        </w:rPr>
        <w:t xml:space="preserve">1. </w:t>
      </w:r>
      <w:proofErr w:type="spellStart"/>
      <w:r w:rsidRPr="00F26D0F">
        <w:rPr>
          <w:lang w:val="pl-PL"/>
        </w:rPr>
        <w:t>Při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prodlení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Prodávajícího</w:t>
      </w:r>
      <w:proofErr w:type="spellEnd"/>
      <w:r w:rsidRPr="00F26D0F">
        <w:rPr>
          <w:lang w:val="pl-PL"/>
        </w:rPr>
        <w:t xml:space="preserve"> s </w:t>
      </w:r>
      <w:proofErr w:type="spellStart"/>
      <w:r w:rsidRPr="00F26D0F">
        <w:rPr>
          <w:lang w:val="pl-PL"/>
        </w:rPr>
        <w:t>dodáním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vozidel</w:t>
      </w:r>
      <w:proofErr w:type="spellEnd"/>
      <w:r w:rsidRPr="00F26D0F">
        <w:rPr>
          <w:lang w:val="pl-PL"/>
        </w:rPr>
        <w:t xml:space="preserve"> v </w:t>
      </w:r>
      <w:proofErr w:type="spellStart"/>
      <w:r w:rsidRPr="00F26D0F">
        <w:rPr>
          <w:lang w:val="pl-PL"/>
        </w:rPr>
        <w:t>termínu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dle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Čl</w:t>
      </w:r>
      <w:proofErr w:type="spellEnd"/>
      <w:r w:rsidRPr="00F26D0F">
        <w:rPr>
          <w:lang w:val="pl-PL"/>
        </w:rPr>
        <w:t xml:space="preserve">. IV </w:t>
      </w:r>
      <w:proofErr w:type="spellStart"/>
      <w:r w:rsidRPr="00F26D0F">
        <w:rPr>
          <w:lang w:val="pl-PL"/>
        </w:rPr>
        <w:t>odst</w:t>
      </w:r>
      <w:proofErr w:type="spellEnd"/>
      <w:r w:rsidRPr="00F26D0F">
        <w:rPr>
          <w:lang w:val="pl-PL"/>
        </w:rPr>
        <w:t xml:space="preserve">. 1 je </w:t>
      </w:r>
      <w:proofErr w:type="spellStart"/>
      <w:r w:rsidRPr="00F26D0F">
        <w:rPr>
          <w:lang w:val="pl-PL"/>
        </w:rPr>
        <w:t>Prodávající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povinen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uhradit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Kupujícímu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smluvní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pokutu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ve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výši</w:t>
      </w:r>
      <w:proofErr w:type="spellEnd"/>
      <w:r w:rsidRPr="00F26D0F">
        <w:rPr>
          <w:lang w:val="pl-PL"/>
        </w:rPr>
        <w:t xml:space="preserve"> 0,05 % z </w:t>
      </w:r>
      <w:proofErr w:type="spellStart"/>
      <w:r w:rsidRPr="00F26D0F">
        <w:rPr>
          <w:lang w:val="pl-PL"/>
        </w:rPr>
        <w:t>celkové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kupní</w:t>
      </w:r>
      <w:proofErr w:type="spellEnd"/>
      <w:r w:rsidRPr="00F26D0F">
        <w:rPr>
          <w:lang w:val="pl-PL"/>
        </w:rPr>
        <w:t xml:space="preserve"> ceny s DPH za </w:t>
      </w:r>
      <w:proofErr w:type="spellStart"/>
      <w:r w:rsidRPr="00F26D0F">
        <w:rPr>
          <w:lang w:val="pl-PL"/>
        </w:rPr>
        <w:t>každý</w:t>
      </w:r>
      <w:proofErr w:type="spellEnd"/>
      <w:r w:rsidRPr="00F26D0F">
        <w:rPr>
          <w:lang w:val="pl-PL"/>
        </w:rPr>
        <w:t xml:space="preserve"> i </w:t>
      </w:r>
      <w:proofErr w:type="spellStart"/>
      <w:r w:rsidRPr="00F26D0F">
        <w:rPr>
          <w:lang w:val="pl-PL"/>
        </w:rPr>
        <w:t>započatý</w:t>
      </w:r>
      <w:proofErr w:type="spellEnd"/>
      <w:r w:rsidRPr="00F26D0F">
        <w:rPr>
          <w:lang w:val="pl-PL"/>
        </w:rPr>
        <w:t xml:space="preserve"> den </w:t>
      </w:r>
      <w:proofErr w:type="spellStart"/>
      <w:r w:rsidRPr="00F26D0F">
        <w:rPr>
          <w:lang w:val="pl-PL"/>
        </w:rPr>
        <w:t>prodlení</w:t>
      </w:r>
      <w:proofErr w:type="spellEnd"/>
      <w:r w:rsidRPr="00F26D0F">
        <w:rPr>
          <w:lang w:val="pl-PL"/>
        </w:rPr>
        <w:t>.</w:t>
      </w:r>
      <w:r w:rsidRPr="00F26D0F">
        <w:rPr>
          <w:lang w:val="pl-PL"/>
        </w:rPr>
        <w:br/>
        <w:t xml:space="preserve">2. </w:t>
      </w:r>
      <w:proofErr w:type="spellStart"/>
      <w:r w:rsidRPr="00F26D0F">
        <w:rPr>
          <w:lang w:val="pl-PL"/>
        </w:rPr>
        <w:t>Při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prodlení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Kupujícího</w:t>
      </w:r>
      <w:proofErr w:type="spellEnd"/>
      <w:r w:rsidRPr="00F26D0F">
        <w:rPr>
          <w:lang w:val="pl-PL"/>
        </w:rPr>
        <w:t xml:space="preserve"> s </w:t>
      </w:r>
      <w:proofErr w:type="spellStart"/>
      <w:r w:rsidRPr="00F26D0F">
        <w:rPr>
          <w:lang w:val="pl-PL"/>
        </w:rPr>
        <w:t>úhradou</w:t>
      </w:r>
      <w:proofErr w:type="spellEnd"/>
      <w:r w:rsidRPr="00F26D0F">
        <w:rPr>
          <w:lang w:val="pl-PL"/>
        </w:rPr>
        <w:t xml:space="preserve"> faktury </w:t>
      </w:r>
      <w:proofErr w:type="spellStart"/>
      <w:r w:rsidRPr="00F26D0F">
        <w:rPr>
          <w:lang w:val="pl-PL"/>
        </w:rPr>
        <w:t>má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Prodávající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právo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požadovat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úrok</w:t>
      </w:r>
      <w:proofErr w:type="spellEnd"/>
      <w:r w:rsidRPr="00F26D0F">
        <w:rPr>
          <w:lang w:val="pl-PL"/>
        </w:rPr>
        <w:t xml:space="preserve"> z </w:t>
      </w:r>
      <w:proofErr w:type="spellStart"/>
      <w:r w:rsidRPr="00F26D0F">
        <w:rPr>
          <w:lang w:val="pl-PL"/>
        </w:rPr>
        <w:t>prodlení</w:t>
      </w:r>
      <w:proofErr w:type="spellEnd"/>
      <w:r w:rsidRPr="00F26D0F">
        <w:rPr>
          <w:lang w:val="pl-PL"/>
        </w:rPr>
        <w:t xml:space="preserve"> v </w:t>
      </w:r>
      <w:proofErr w:type="spellStart"/>
      <w:r w:rsidRPr="00F26D0F">
        <w:rPr>
          <w:lang w:val="pl-PL"/>
        </w:rPr>
        <w:t>zákonné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výši</w:t>
      </w:r>
      <w:proofErr w:type="spellEnd"/>
      <w:r w:rsidRPr="00F26D0F">
        <w:rPr>
          <w:lang w:val="pl-PL"/>
        </w:rPr>
        <w:t>.</w:t>
      </w:r>
      <w:r w:rsidRPr="00F26D0F">
        <w:rPr>
          <w:lang w:val="pl-PL"/>
        </w:rPr>
        <w:br/>
        <w:t xml:space="preserve">3. Za </w:t>
      </w:r>
      <w:proofErr w:type="spellStart"/>
      <w:r w:rsidRPr="00F26D0F">
        <w:rPr>
          <w:lang w:val="pl-PL"/>
        </w:rPr>
        <w:t>podstatné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porušení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této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Smlouvy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zakládající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právo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Kupujícího</w:t>
      </w:r>
      <w:proofErr w:type="spellEnd"/>
      <w:r w:rsidRPr="00F26D0F">
        <w:rPr>
          <w:lang w:val="pl-PL"/>
        </w:rPr>
        <w:t xml:space="preserve"> na </w:t>
      </w:r>
      <w:proofErr w:type="spellStart"/>
      <w:r w:rsidRPr="00F26D0F">
        <w:rPr>
          <w:lang w:val="pl-PL"/>
        </w:rPr>
        <w:t>okamžité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odstoupení</w:t>
      </w:r>
      <w:proofErr w:type="spellEnd"/>
      <w:r w:rsidRPr="00F26D0F">
        <w:rPr>
          <w:lang w:val="pl-PL"/>
        </w:rPr>
        <w:t xml:space="preserve"> od </w:t>
      </w:r>
      <w:proofErr w:type="spellStart"/>
      <w:r w:rsidRPr="00F26D0F">
        <w:rPr>
          <w:lang w:val="pl-PL"/>
        </w:rPr>
        <w:t>Smlouvy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se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považuje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prodlení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Prodávajícího</w:t>
      </w:r>
      <w:proofErr w:type="spellEnd"/>
      <w:r w:rsidRPr="00F26D0F">
        <w:rPr>
          <w:lang w:val="pl-PL"/>
        </w:rPr>
        <w:t xml:space="preserve"> s </w:t>
      </w:r>
      <w:proofErr w:type="spellStart"/>
      <w:r w:rsidRPr="00F26D0F">
        <w:rPr>
          <w:lang w:val="pl-PL"/>
        </w:rPr>
        <w:t>dodáním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vozidel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delší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než</w:t>
      </w:r>
      <w:proofErr w:type="spellEnd"/>
      <w:r w:rsidRPr="00F26D0F">
        <w:rPr>
          <w:lang w:val="pl-PL"/>
        </w:rPr>
        <w:t xml:space="preserve"> 30 </w:t>
      </w:r>
      <w:proofErr w:type="spellStart"/>
      <w:r w:rsidRPr="00F26D0F">
        <w:rPr>
          <w:lang w:val="pl-PL"/>
        </w:rPr>
        <w:t>kalendářních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dnů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nebo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dodání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vozidel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nesplňujících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požadované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technické</w:t>
      </w:r>
      <w:proofErr w:type="spellEnd"/>
      <w:r w:rsidRPr="00F26D0F">
        <w:rPr>
          <w:lang w:val="pl-PL"/>
        </w:rPr>
        <w:t xml:space="preserve"> parametry.</w:t>
      </w:r>
      <w:r w:rsidRPr="00F26D0F">
        <w:rPr>
          <w:lang w:val="pl-PL"/>
        </w:rPr>
        <w:br/>
      </w:r>
    </w:p>
    <w:p w14:paraId="7D989B50" w14:textId="77777777" w:rsidR="003B3609" w:rsidRPr="00F26D0F" w:rsidRDefault="00000000">
      <w:pPr>
        <w:spacing w:before="200" w:after="120"/>
        <w:rPr>
          <w:lang w:val="pl-PL"/>
        </w:rPr>
      </w:pPr>
      <w:proofErr w:type="spellStart"/>
      <w:r w:rsidRPr="00F26D0F">
        <w:rPr>
          <w:b/>
          <w:color w:val="1B365D"/>
          <w:sz w:val="26"/>
          <w:lang w:val="pl-PL"/>
        </w:rPr>
        <w:t>Článek</w:t>
      </w:r>
      <w:proofErr w:type="spellEnd"/>
      <w:r w:rsidRPr="00F26D0F">
        <w:rPr>
          <w:b/>
          <w:color w:val="1B365D"/>
          <w:sz w:val="26"/>
          <w:lang w:val="pl-PL"/>
        </w:rPr>
        <w:t xml:space="preserve"> VIII.</w:t>
      </w:r>
      <w:r w:rsidRPr="00F26D0F">
        <w:rPr>
          <w:b/>
          <w:color w:val="1B365D"/>
          <w:sz w:val="26"/>
          <w:lang w:val="pl-PL"/>
        </w:rPr>
        <w:br/>
        <w:t xml:space="preserve">Osoba </w:t>
      </w:r>
      <w:proofErr w:type="spellStart"/>
      <w:r w:rsidRPr="00F26D0F">
        <w:rPr>
          <w:b/>
          <w:color w:val="1B365D"/>
          <w:sz w:val="26"/>
          <w:lang w:val="pl-PL"/>
        </w:rPr>
        <w:t>povinná</w:t>
      </w:r>
      <w:proofErr w:type="spellEnd"/>
      <w:r w:rsidRPr="00F26D0F">
        <w:rPr>
          <w:b/>
          <w:color w:val="1B365D"/>
          <w:sz w:val="26"/>
          <w:lang w:val="pl-PL"/>
        </w:rPr>
        <w:t xml:space="preserve"> k </w:t>
      </w:r>
      <w:proofErr w:type="spellStart"/>
      <w:r w:rsidRPr="00F26D0F">
        <w:rPr>
          <w:b/>
          <w:color w:val="1B365D"/>
          <w:sz w:val="26"/>
          <w:lang w:val="pl-PL"/>
        </w:rPr>
        <w:t>finanční</w:t>
      </w:r>
      <w:proofErr w:type="spellEnd"/>
      <w:r w:rsidRPr="00F26D0F">
        <w:rPr>
          <w:b/>
          <w:color w:val="1B365D"/>
          <w:sz w:val="26"/>
          <w:lang w:val="pl-PL"/>
        </w:rPr>
        <w:t xml:space="preserve"> kontrole a </w:t>
      </w:r>
      <w:proofErr w:type="spellStart"/>
      <w:r w:rsidRPr="00F26D0F">
        <w:rPr>
          <w:b/>
          <w:color w:val="1B365D"/>
          <w:sz w:val="26"/>
          <w:lang w:val="pl-PL"/>
        </w:rPr>
        <w:t>Registr</w:t>
      </w:r>
      <w:proofErr w:type="spellEnd"/>
      <w:r w:rsidRPr="00F26D0F">
        <w:rPr>
          <w:b/>
          <w:color w:val="1B365D"/>
          <w:sz w:val="26"/>
          <w:lang w:val="pl-PL"/>
        </w:rPr>
        <w:t xml:space="preserve"> </w:t>
      </w:r>
      <w:proofErr w:type="spellStart"/>
      <w:r w:rsidRPr="00F26D0F">
        <w:rPr>
          <w:b/>
          <w:color w:val="1B365D"/>
          <w:sz w:val="26"/>
          <w:lang w:val="pl-PL"/>
        </w:rPr>
        <w:t>smluv</w:t>
      </w:r>
      <w:proofErr w:type="spellEnd"/>
    </w:p>
    <w:p w14:paraId="628B4A04" w14:textId="77777777" w:rsidR="003B3609" w:rsidRPr="00F26D0F" w:rsidRDefault="00000000">
      <w:pPr>
        <w:spacing w:after="120"/>
        <w:rPr>
          <w:lang w:val="pl-PL"/>
        </w:rPr>
      </w:pPr>
      <w:r w:rsidRPr="00F26D0F">
        <w:rPr>
          <w:lang w:val="pl-PL"/>
        </w:rPr>
        <w:t xml:space="preserve">1. </w:t>
      </w:r>
      <w:proofErr w:type="spellStart"/>
      <w:r w:rsidRPr="00F26D0F">
        <w:rPr>
          <w:lang w:val="pl-PL"/>
        </w:rPr>
        <w:t>Smluvní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strany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berou</w:t>
      </w:r>
      <w:proofErr w:type="spellEnd"/>
      <w:r w:rsidRPr="00F26D0F">
        <w:rPr>
          <w:lang w:val="pl-PL"/>
        </w:rPr>
        <w:t xml:space="preserve"> na </w:t>
      </w:r>
      <w:proofErr w:type="spellStart"/>
      <w:r w:rsidRPr="00F26D0F">
        <w:rPr>
          <w:lang w:val="pl-PL"/>
        </w:rPr>
        <w:t>vědomí</w:t>
      </w:r>
      <w:proofErr w:type="spellEnd"/>
      <w:r w:rsidRPr="00F26D0F">
        <w:rPr>
          <w:lang w:val="pl-PL"/>
        </w:rPr>
        <w:t xml:space="preserve">, </w:t>
      </w:r>
      <w:proofErr w:type="spellStart"/>
      <w:r w:rsidRPr="00F26D0F">
        <w:rPr>
          <w:lang w:val="pl-PL"/>
        </w:rPr>
        <w:t>že</w:t>
      </w:r>
      <w:proofErr w:type="spellEnd"/>
      <w:r w:rsidRPr="00F26D0F">
        <w:rPr>
          <w:lang w:val="pl-PL"/>
        </w:rPr>
        <w:t xml:space="preserve"> tato </w:t>
      </w:r>
      <w:proofErr w:type="spellStart"/>
      <w:r w:rsidRPr="00F26D0F">
        <w:rPr>
          <w:lang w:val="pl-PL"/>
        </w:rPr>
        <w:t>Smlouva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podléhá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povinnosti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uveřejnění</w:t>
      </w:r>
      <w:proofErr w:type="spellEnd"/>
      <w:r w:rsidRPr="00F26D0F">
        <w:rPr>
          <w:lang w:val="pl-PL"/>
        </w:rPr>
        <w:t xml:space="preserve"> v Registru </w:t>
      </w:r>
      <w:proofErr w:type="spellStart"/>
      <w:r w:rsidRPr="00F26D0F">
        <w:rPr>
          <w:lang w:val="pl-PL"/>
        </w:rPr>
        <w:t>smluv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dle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zákona</w:t>
      </w:r>
      <w:proofErr w:type="spellEnd"/>
      <w:r w:rsidRPr="00F26D0F">
        <w:rPr>
          <w:lang w:val="pl-PL"/>
        </w:rPr>
        <w:t xml:space="preserve"> č. 340/2015 Sb., o </w:t>
      </w:r>
      <w:proofErr w:type="spellStart"/>
      <w:r w:rsidRPr="00F26D0F">
        <w:rPr>
          <w:lang w:val="pl-PL"/>
        </w:rPr>
        <w:t>zvláštních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podmínkách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účinnosti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některých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smluv</w:t>
      </w:r>
      <w:proofErr w:type="spellEnd"/>
      <w:r w:rsidRPr="00F26D0F">
        <w:rPr>
          <w:lang w:val="pl-PL"/>
        </w:rPr>
        <w:t xml:space="preserve">, </w:t>
      </w:r>
      <w:proofErr w:type="spellStart"/>
      <w:r w:rsidRPr="00F26D0F">
        <w:rPr>
          <w:lang w:val="pl-PL"/>
        </w:rPr>
        <w:t>uveřejňování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těchto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smluv</w:t>
      </w:r>
      <w:proofErr w:type="spellEnd"/>
      <w:r w:rsidRPr="00F26D0F">
        <w:rPr>
          <w:lang w:val="pl-PL"/>
        </w:rPr>
        <w:t xml:space="preserve"> a o registru </w:t>
      </w:r>
      <w:proofErr w:type="spellStart"/>
      <w:r w:rsidRPr="00F26D0F">
        <w:rPr>
          <w:lang w:val="pl-PL"/>
        </w:rPr>
        <w:t>smluv</w:t>
      </w:r>
      <w:proofErr w:type="spellEnd"/>
      <w:r w:rsidRPr="00F26D0F">
        <w:rPr>
          <w:lang w:val="pl-PL"/>
        </w:rPr>
        <w:t xml:space="preserve"> (</w:t>
      </w:r>
      <w:proofErr w:type="spellStart"/>
      <w:r w:rsidRPr="00F26D0F">
        <w:rPr>
          <w:lang w:val="pl-PL"/>
        </w:rPr>
        <w:t>zákon</w:t>
      </w:r>
      <w:proofErr w:type="spellEnd"/>
      <w:r w:rsidRPr="00F26D0F">
        <w:rPr>
          <w:lang w:val="pl-PL"/>
        </w:rPr>
        <w:t xml:space="preserve"> o registru </w:t>
      </w:r>
      <w:proofErr w:type="spellStart"/>
      <w:r w:rsidRPr="00F26D0F">
        <w:rPr>
          <w:lang w:val="pl-PL"/>
        </w:rPr>
        <w:t>smluv</w:t>
      </w:r>
      <w:proofErr w:type="spellEnd"/>
      <w:r w:rsidRPr="00F26D0F">
        <w:rPr>
          <w:lang w:val="pl-PL"/>
        </w:rPr>
        <w:t xml:space="preserve">). </w:t>
      </w:r>
      <w:proofErr w:type="spellStart"/>
      <w:r w:rsidRPr="00F26D0F">
        <w:rPr>
          <w:lang w:val="pl-PL"/>
        </w:rPr>
        <w:t>Uveřejnění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Smlouvy</w:t>
      </w:r>
      <w:proofErr w:type="spellEnd"/>
      <w:r w:rsidRPr="00F26D0F">
        <w:rPr>
          <w:lang w:val="pl-PL"/>
        </w:rPr>
        <w:t xml:space="preserve"> v Registru </w:t>
      </w:r>
      <w:proofErr w:type="spellStart"/>
      <w:r w:rsidRPr="00F26D0F">
        <w:rPr>
          <w:lang w:val="pl-PL"/>
        </w:rPr>
        <w:t>smluv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zajistí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Kupující</w:t>
      </w:r>
      <w:proofErr w:type="spellEnd"/>
      <w:r w:rsidRPr="00F26D0F">
        <w:rPr>
          <w:lang w:val="pl-PL"/>
        </w:rPr>
        <w:t xml:space="preserve">. </w:t>
      </w:r>
      <w:proofErr w:type="spellStart"/>
      <w:r w:rsidRPr="00F26D0F">
        <w:rPr>
          <w:lang w:val="pl-PL"/>
        </w:rPr>
        <w:t>Smlouva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nabývá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platnosti</w:t>
      </w:r>
      <w:proofErr w:type="spellEnd"/>
      <w:r w:rsidRPr="00F26D0F">
        <w:rPr>
          <w:lang w:val="pl-PL"/>
        </w:rPr>
        <w:t xml:space="preserve"> dnem podpisu </w:t>
      </w:r>
      <w:proofErr w:type="spellStart"/>
      <w:r w:rsidRPr="00F26D0F">
        <w:rPr>
          <w:lang w:val="pl-PL"/>
        </w:rPr>
        <w:t>oběma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smluvními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stranami</w:t>
      </w:r>
      <w:proofErr w:type="spellEnd"/>
      <w:r w:rsidRPr="00F26D0F">
        <w:rPr>
          <w:lang w:val="pl-PL"/>
        </w:rPr>
        <w:t xml:space="preserve"> a </w:t>
      </w:r>
      <w:proofErr w:type="spellStart"/>
      <w:r w:rsidRPr="00F26D0F">
        <w:rPr>
          <w:lang w:val="pl-PL"/>
        </w:rPr>
        <w:t>účinnosti</w:t>
      </w:r>
      <w:proofErr w:type="spellEnd"/>
      <w:r w:rsidRPr="00F26D0F">
        <w:rPr>
          <w:lang w:val="pl-PL"/>
        </w:rPr>
        <w:t xml:space="preserve"> dnem </w:t>
      </w:r>
      <w:proofErr w:type="spellStart"/>
      <w:r w:rsidRPr="00F26D0F">
        <w:rPr>
          <w:lang w:val="pl-PL"/>
        </w:rPr>
        <w:t>jejího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uveřejnění</w:t>
      </w:r>
      <w:proofErr w:type="spellEnd"/>
      <w:r w:rsidRPr="00F26D0F">
        <w:rPr>
          <w:lang w:val="pl-PL"/>
        </w:rPr>
        <w:t xml:space="preserve"> v Registru </w:t>
      </w:r>
      <w:proofErr w:type="spellStart"/>
      <w:r w:rsidRPr="00F26D0F">
        <w:rPr>
          <w:lang w:val="pl-PL"/>
        </w:rPr>
        <w:t>smluv</w:t>
      </w:r>
      <w:proofErr w:type="spellEnd"/>
      <w:r w:rsidRPr="00F26D0F">
        <w:rPr>
          <w:lang w:val="pl-PL"/>
        </w:rPr>
        <w:t>.</w:t>
      </w:r>
      <w:r w:rsidRPr="00F26D0F">
        <w:rPr>
          <w:lang w:val="pl-PL"/>
        </w:rPr>
        <w:br/>
        <w:t xml:space="preserve">2. </w:t>
      </w:r>
      <w:proofErr w:type="spellStart"/>
      <w:r w:rsidRPr="00F26D0F">
        <w:rPr>
          <w:lang w:val="pl-PL"/>
        </w:rPr>
        <w:t>Prodávající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bere</w:t>
      </w:r>
      <w:proofErr w:type="spellEnd"/>
      <w:r w:rsidRPr="00F26D0F">
        <w:rPr>
          <w:lang w:val="pl-PL"/>
        </w:rPr>
        <w:t xml:space="preserve"> na </w:t>
      </w:r>
      <w:proofErr w:type="spellStart"/>
      <w:r w:rsidRPr="00F26D0F">
        <w:rPr>
          <w:lang w:val="pl-PL"/>
        </w:rPr>
        <w:t>vědomí</w:t>
      </w:r>
      <w:proofErr w:type="spellEnd"/>
      <w:r w:rsidRPr="00F26D0F">
        <w:rPr>
          <w:lang w:val="pl-PL"/>
        </w:rPr>
        <w:t xml:space="preserve">, </w:t>
      </w:r>
      <w:proofErr w:type="spellStart"/>
      <w:r w:rsidRPr="00F26D0F">
        <w:rPr>
          <w:lang w:val="pl-PL"/>
        </w:rPr>
        <w:t>že</w:t>
      </w:r>
      <w:proofErr w:type="spellEnd"/>
      <w:r w:rsidRPr="00F26D0F">
        <w:rPr>
          <w:lang w:val="pl-PL"/>
        </w:rPr>
        <w:t xml:space="preserve"> je podle § 2 </w:t>
      </w:r>
      <w:proofErr w:type="spellStart"/>
      <w:r w:rsidRPr="00F26D0F">
        <w:rPr>
          <w:lang w:val="pl-PL"/>
        </w:rPr>
        <w:t>písm</w:t>
      </w:r>
      <w:proofErr w:type="spellEnd"/>
      <w:r w:rsidRPr="00F26D0F">
        <w:rPr>
          <w:lang w:val="pl-PL"/>
        </w:rPr>
        <w:t xml:space="preserve">. e) </w:t>
      </w:r>
      <w:proofErr w:type="spellStart"/>
      <w:r w:rsidRPr="00F26D0F">
        <w:rPr>
          <w:lang w:val="pl-PL"/>
        </w:rPr>
        <w:t>zákona</w:t>
      </w:r>
      <w:proofErr w:type="spellEnd"/>
      <w:r w:rsidRPr="00F26D0F">
        <w:rPr>
          <w:lang w:val="pl-PL"/>
        </w:rPr>
        <w:t xml:space="preserve"> č. 320/2001 Sb., o </w:t>
      </w:r>
      <w:proofErr w:type="spellStart"/>
      <w:r w:rsidRPr="00F26D0F">
        <w:rPr>
          <w:lang w:val="pl-PL"/>
        </w:rPr>
        <w:t>finanční</w:t>
      </w:r>
      <w:proofErr w:type="spellEnd"/>
      <w:r w:rsidRPr="00F26D0F">
        <w:rPr>
          <w:lang w:val="pl-PL"/>
        </w:rPr>
        <w:t xml:space="preserve"> kontrole </w:t>
      </w:r>
      <w:proofErr w:type="spellStart"/>
      <w:r w:rsidRPr="00F26D0F">
        <w:rPr>
          <w:lang w:val="pl-PL"/>
        </w:rPr>
        <w:t>ve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veřejné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správě</w:t>
      </w:r>
      <w:proofErr w:type="spellEnd"/>
      <w:r w:rsidRPr="00F26D0F">
        <w:rPr>
          <w:lang w:val="pl-PL"/>
        </w:rPr>
        <w:t xml:space="preserve"> a o </w:t>
      </w:r>
      <w:proofErr w:type="spellStart"/>
      <w:r w:rsidRPr="00F26D0F">
        <w:rPr>
          <w:lang w:val="pl-PL"/>
        </w:rPr>
        <w:t>změně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některých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zákonů</w:t>
      </w:r>
      <w:proofErr w:type="spellEnd"/>
      <w:r w:rsidRPr="00F26D0F">
        <w:rPr>
          <w:lang w:val="pl-PL"/>
        </w:rPr>
        <w:t xml:space="preserve"> (</w:t>
      </w:r>
      <w:proofErr w:type="spellStart"/>
      <w:r w:rsidRPr="00F26D0F">
        <w:rPr>
          <w:lang w:val="pl-PL"/>
        </w:rPr>
        <w:t>zákon</w:t>
      </w:r>
      <w:proofErr w:type="spellEnd"/>
      <w:r w:rsidRPr="00F26D0F">
        <w:rPr>
          <w:lang w:val="pl-PL"/>
        </w:rPr>
        <w:t xml:space="preserve"> o </w:t>
      </w:r>
      <w:proofErr w:type="spellStart"/>
      <w:r w:rsidRPr="00F26D0F">
        <w:rPr>
          <w:lang w:val="pl-PL"/>
        </w:rPr>
        <w:t>finanční</w:t>
      </w:r>
      <w:proofErr w:type="spellEnd"/>
      <w:r w:rsidRPr="00F26D0F">
        <w:rPr>
          <w:lang w:val="pl-PL"/>
        </w:rPr>
        <w:t xml:space="preserve"> kontrole), v </w:t>
      </w:r>
      <w:proofErr w:type="spellStart"/>
      <w:r w:rsidRPr="00F26D0F">
        <w:rPr>
          <w:lang w:val="pl-PL"/>
        </w:rPr>
        <w:t>platném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znění</w:t>
      </w:r>
      <w:proofErr w:type="spellEnd"/>
      <w:r w:rsidRPr="00F26D0F">
        <w:rPr>
          <w:lang w:val="pl-PL"/>
        </w:rPr>
        <w:t xml:space="preserve">, </w:t>
      </w:r>
      <w:proofErr w:type="spellStart"/>
      <w:r w:rsidRPr="00F26D0F">
        <w:rPr>
          <w:lang w:val="pl-PL"/>
        </w:rPr>
        <w:t>osobou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povinnou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spolupůsobit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při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výkonu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finanční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kontroly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prováděné</w:t>
      </w:r>
      <w:proofErr w:type="spellEnd"/>
      <w:r w:rsidRPr="00F26D0F">
        <w:rPr>
          <w:lang w:val="pl-PL"/>
        </w:rPr>
        <w:t xml:space="preserve"> v </w:t>
      </w:r>
      <w:proofErr w:type="spellStart"/>
      <w:r w:rsidRPr="00F26D0F">
        <w:rPr>
          <w:lang w:val="pl-PL"/>
        </w:rPr>
        <w:t>souvislosti</w:t>
      </w:r>
      <w:proofErr w:type="spellEnd"/>
      <w:r w:rsidRPr="00F26D0F">
        <w:rPr>
          <w:lang w:val="pl-PL"/>
        </w:rPr>
        <w:t xml:space="preserve"> s </w:t>
      </w:r>
      <w:proofErr w:type="spellStart"/>
      <w:r w:rsidRPr="00F26D0F">
        <w:rPr>
          <w:lang w:val="pl-PL"/>
        </w:rPr>
        <w:t>úhradou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zboží</w:t>
      </w:r>
      <w:proofErr w:type="spellEnd"/>
      <w:r w:rsidRPr="00F26D0F">
        <w:rPr>
          <w:lang w:val="pl-PL"/>
        </w:rPr>
        <w:t xml:space="preserve"> z </w:t>
      </w:r>
      <w:proofErr w:type="spellStart"/>
      <w:r w:rsidRPr="00F26D0F">
        <w:rPr>
          <w:lang w:val="pl-PL"/>
        </w:rPr>
        <w:t>veřejných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rozpočtů</w:t>
      </w:r>
      <w:proofErr w:type="spellEnd"/>
      <w:r w:rsidRPr="00F26D0F">
        <w:rPr>
          <w:lang w:val="pl-PL"/>
        </w:rPr>
        <w:t>.</w:t>
      </w:r>
      <w:r w:rsidRPr="00F26D0F">
        <w:rPr>
          <w:lang w:val="pl-PL"/>
        </w:rPr>
        <w:br/>
      </w:r>
    </w:p>
    <w:p w14:paraId="14A36255" w14:textId="77777777" w:rsidR="003B3609" w:rsidRPr="00F26D0F" w:rsidRDefault="00000000">
      <w:pPr>
        <w:spacing w:before="200" w:after="120"/>
        <w:rPr>
          <w:lang w:val="pl-PL"/>
        </w:rPr>
      </w:pPr>
      <w:proofErr w:type="spellStart"/>
      <w:r w:rsidRPr="00F26D0F">
        <w:rPr>
          <w:b/>
          <w:color w:val="1B365D"/>
          <w:sz w:val="26"/>
          <w:lang w:val="pl-PL"/>
        </w:rPr>
        <w:t>Článek</w:t>
      </w:r>
      <w:proofErr w:type="spellEnd"/>
      <w:r w:rsidRPr="00F26D0F">
        <w:rPr>
          <w:b/>
          <w:color w:val="1B365D"/>
          <w:sz w:val="26"/>
          <w:lang w:val="pl-PL"/>
        </w:rPr>
        <w:t xml:space="preserve"> IX.</w:t>
      </w:r>
      <w:r w:rsidRPr="00F26D0F">
        <w:rPr>
          <w:b/>
          <w:color w:val="1B365D"/>
          <w:sz w:val="26"/>
          <w:lang w:val="pl-PL"/>
        </w:rPr>
        <w:br/>
      </w:r>
      <w:proofErr w:type="spellStart"/>
      <w:r w:rsidRPr="00F26D0F">
        <w:rPr>
          <w:b/>
          <w:color w:val="1B365D"/>
          <w:sz w:val="26"/>
          <w:lang w:val="pl-PL"/>
        </w:rPr>
        <w:t>Závěrečná</w:t>
      </w:r>
      <w:proofErr w:type="spellEnd"/>
      <w:r w:rsidRPr="00F26D0F">
        <w:rPr>
          <w:b/>
          <w:color w:val="1B365D"/>
          <w:sz w:val="26"/>
          <w:lang w:val="pl-PL"/>
        </w:rPr>
        <w:t xml:space="preserve"> </w:t>
      </w:r>
      <w:proofErr w:type="spellStart"/>
      <w:r w:rsidRPr="00F26D0F">
        <w:rPr>
          <w:b/>
          <w:color w:val="1B365D"/>
          <w:sz w:val="26"/>
          <w:lang w:val="pl-PL"/>
        </w:rPr>
        <w:t>ustanovení</w:t>
      </w:r>
      <w:proofErr w:type="spellEnd"/>
    </w:p>
    <w:p w14:paraId="5B00196A" w14:textId="0782D9D9" w:rsidR="003B3609" w:rsidRPr="00F26D0F" w:rsidRDefault="00000000">
      <w:pPr>
        <w:spacing w:after="240"/>
        <w:rPr>
          <w:lang w:val="pl-PL"/>
        </w:rPr>
      </w:pPr>
      <w:r w:rsidRPr="00F26D0F">
        <w:rPr>
          <w:lang w:val="pl-PL"/>
        </w:rPr>
        <w:t xml:space="preserve">1. </w:t>
      </w:r>
      <w:proofErr w:type="spellStart"/>
      <w:r w:rsidRPr="00F26D0F">
        <w:rPr>
          <w:lang w:val="pl-PL"/>
        </w:rPr>
        <w:t>Vztahy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smluvních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stran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touto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Smlouvou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výslovně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neupravené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se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řídí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příslušnými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ustanoveními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zákona</w:t>
      </w:r>
      <w:proofErr w:type="spellEnd"/>
      <w:r w:rsidRPr="00F26D0F">
        <w:rPr>
          <w:lang w:val="pl-PL"/>
        </w:rPr>
        <w:t xml:space="preserve"> č. 89/2012 Sb., </w:t>
      </w:r>
      <w:proofErr w:type="spellStart"/>
      <w:r w:rsidRPr="00F26D0F">
        <w:rPr>
          <w:lang w:val="pl-PL"/>
        </w:rPr>
        <w:t>občanský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zákoník</w:t>
      </w:r>
      <w:proofErr w:type="spellEnd"/>
      <w:r w:rsidRPr="00F26D0F">
        <w:rPr>
          <w:lang w:val="pl-PL"/>
        </w:rPr>
        <w:t xml:space="preserve">, v </w:t>
      </w:r>
      <w:proofErr w:type="spellStart"/>
      <w:r w:rsidRPr="00F26D0F">
        <w:rPr>
          <w:lang w:val="pl-PL"/>
        </w:rPr>
        <w:t>platném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znění</w:t>
      </w:r>
      <w:proofErr w:type="spellEnd"/>
      <w:r w:rsidRPr="00F26D0F">
        <w:rPr>
          <w:lang w:val="pl-PL"/>
        </w:rPr>
        <w:t>.</w:t>
      </w:r>
      <w:r w:rsidRPr="00F26D0F">
        <w:rPr>
          <w:lang w:val="pl-PL"/>
        </w:rPr>
        <w:br/>
        <w:t xml:space="preserve">2. </w:t>
      </w:r>
      <w:proofErr w:type="spellStart"/>
      <w:r w:rsidRPr="00F26D0F">
        <w:rPr>
          <w:lang w:val="pl-PL"/>
        </w:rPr>
        <w:t>Změny</w:t>
      </w:r>
      <w:proofErr w:type="spellEnd"/>
      <w:r w:rsidRPr="00F26D0F">
        <w:rPr>
          <w:lang w:val="pl-PL"/>
        </w:rPr>
        <w:t xml:space="preserve"> a </w:t>
      </w:r>
      <w:proofErr w:type="spellStart"/>
      <w:r w:rsidRPr="00F26D0F">
        <w:rPr>
          <w:lang w:val="pl-PL"/>
        </w:rPr>
        <w:t>doplňky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této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Smlouvy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lze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provádět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pouze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písemnými</w:t>
      </w:r>
      <w:proofErr w:type="spellEnd"/>
      <w:r w:rsidRPr="00F26D0F">
        <w:rPr>
          <w:lang w:val="pl-PL"/>
        </w:rPr>
        <w:t xml:space="preserve">, </w:t>
      </w:r>
      <w:proofErr w:type="spellStart"/>
      <w:r w:rsidRPr="00F26D0F">
        <w:rPr>
          <w:lang w:val="pl-PL"/>
        </w:rPr>
        <w:t>pořadově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číslovanými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dodatky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podepsanými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oběma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smluvními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stranami</w:t>
      </w:r>
      <w:proofErr w:type="spellEnd"/>
      <w:r w:rsidRPr="00F26D0F">
        <w:rPr>
          <w:lang w:val="pl-PL"/>
        </w:rPr>
        <w:t>.</w:t>
      </w:r>
      <w:r w:rsidRPr="00F26D0F">
        <w:rPr>
          <w:lang w:val="pl-PL"/>
        </w:rPr>
        <w:br/>
        <w:t xml:space="preserve">3. Tato </w:t>
      </w:r>
      <w:proofErr w:type="spellStart"/>
      <w:r w:rsidRPr="00F26D0F">
        <w:rPr>
          <w:lang w:val="pl-PL"/>
        </w:rPr>
        <w:t>Smlouva</w:t>
      </w:r>
      <w:proofErr w:type="spellEnd"/>
      <w:r w:rsidRPr="00F26D0F">
        <w:rPr>
          <w:lang w:val="pl-PL"/>
        </w:rPr>
        <w:t xml:space="preserve"> je </w:t>
      </w:r>
      <w:proofErr w:type="spellStart"/>
      <w:r w:rsidRPr="00F26D0F">
        <w:rPr>
          <w:lang w:val="pl-PL"/>
        </w:rPr>
        <w:t>vyhotovena</w:t>
      </w:r>
      <w:proofErr w:type="spellEnd"/>
      <w:r w:rsidRPr="00F26D0F">
        <w:rPr>
          <w:lang w:val="pl-PL"/>
        </w:rPr>
        <w:t xml:space="preserve"> v </w:t>
      </w:r>
      <w:proofErr w:type="spellStart"/>
      <w:r w:rsidRPr="00F26D0F">
        <w:rPr>
          <w:lang w:val="pl-PL"/>
        </w:rPr>
        <w:t>elektronické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podobě</w:t>
      </w:r>
      <w:proofErr w:type="spellEnd"/>
      <w:r w:rsidRPr="00F26D0F">
        <w:rPr>
          <w:lang w:val="pl-PL"/>
        </w:rPr>
        <w:t xml:space="preserve"> s </w:t>
      </w:r>
      <w:proofErr w:type="spellStart"/>
      <w:r w:rsidRPr="00F26D0F">
        <w:rPr>
          <w:lang w:val="pl-PL"/>
        </w:rPr>
        <w:t>uznávanými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elektronickými</w:t>
      </w:r>
      <w:proofErr w:type="spellEnd"/>
      <w:r w:rsidRPr="00F26D0F">
        <w:rPr>
          <w:lang w:val="pl-PL"/>
        </w:rPr>
        <w:t xml:space="preserve"> podpisy, </w:t>
      </w:r>
      <w:proofErr w:type="spellStart"/>
      <w:r w:rsidRPr="00F26D0F">
        <w:rPr>
          <w:lang w:val="pl-PL"/>
        </w:rPr>
        <w:t>případně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ve</w:t>
      </w:r>
      <w:proofErr w:type="spellEnd"/>
      <w:r w:rsidRPr="00F26D0F">
        <w:rPr>
          <w:lang w:val="pl-PL"/>
        </w:rPr>
        <w:t xml:space="preserve"> 2 </w:t>
      </w:r>
      <w:proofErr w:type="spellStart"/>
      <w:r w:rsidRPr="00F26D0F">
        <w:rPr>
          <w:lang w:val="pl-PL"/>
        </w:rPr>
        <w:lastRenderedPageBreak/>
        <w:t>písemných</w:t>
      </w:r>
      <w:proofErr w:type="spellEnd"/>
      <w:r w:rsidRPr="00F26D0F">
        <w:rPr>
          <w:lang w:val="pl-PL"/>
        </w:rPr>
        <w:t xml:space="preserve"> </w:t>
      </w:r>
      <w:proofErr w:type="spellStart"/>
      <w:r w:rsidR="00475F8D">
        <w:rPr>
          <w:lang w:val="pl-PL"/>
        </w:rPr>
        <w:t>stejnopisech</w:t>
      </w:r>
      <w:proofErr w:type="spellEnd"/>
      <w:r w:rsidRPr="00F26D0F">
        <w:rPr>
          <w:lang w:val="pl-PL"/>
        </w:rPr>
        <w:t xml:space="preserve">, z </w:t>
      </w:r>
      <w:proofErr w:type="spellStart"/>
      <w:r w:rsidRPr="00F26D0F">
        <w:rPr>
          <w:lang w:val="pl-PL"/>
        </w:rPr>
        <w:t>nichž</w:t>
      </w:r>
      <w:proofErr w:type="spellEnd"/>
      <w:r w:rsidRPr="00F26D0F">
        <w:rPr>
          <w:lang w:val="pl-PL"/>
        </w:rPr>
        <w:t xml:space="preserve"> po </w:t>
      </w:r>
      <w:proofErr w:type="spellStart"/>
      <w:r w:rsidRPr="00F26D0F">
        <w:rPr>
          <w:lang w:val="pl-PL"/>
        </w:rPr>
        <w:t>jednom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obdrží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každá</w:t>
      </w:r>
      <w:proofErr w:type="spellEnd"/>
      <w:r w:rsidRPr="00F26D0F">
        <w:rPr>
          <w:lang w:val="pl-PL"/>
        </w:rPr>
        <w:t xml:space="preserve"> ze </w:t>
      </w:r>
      <w:proofErr w:type="spellStart"/>
      <w:r w:rsidRPr="00F26D0F">
        <w:rPr>
          <w:lang w:val="pl-PL"/>
        </w:rPr>
        <w:t>smluvních</w:t>
      </w:r>
      <w:proofErr w:type="spellEnd"/>
      <w:r w:rsidRPr="00F26D0F">
        <w:rPr>
          <w:lang w:val="pl-PL"/>
        </w:rPr>
        <w:t xml:space="preserve"> </w:t>
      </w:r>
      <w:proofErr w:type="spellStart"/>
      <w:r w:rsidRPr="00F26D0F">
        <w:rPr>
          <w:lang w:val="pl-PL"/>
        </w:rPr>
        <w:t>stran</w:t>
      </w:r>
      <w:proofErr w:type="spellEnd"/>
      <w:r w:rsidRPr="00F26D0F">
        <w:rPr>
          <w:lang w:val="pl-PL"/>
        </w:rPr>
        <w:t>.</w:t>
      </w:r>
      <w:r w:rsidRPr="00F26D0F">
        <w:rPr>
          <w:lang w:val="pl-PL"/>
        </w:rPr>
        <w:br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08"/>
        <w:gridCol w:w="4608"/>
      </w:tblGrid>
      <w:tr w:rsidR="003B3609" w:rsidRPr="00B55652" w14:paraId="09308023" w14:textId="77777777">
        <w:trPr>
          <w:jc w:val="center"/>
        </w:trPr>
        <w:tc>
          <w:tcPr>
            <w:tcW w:w="46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DBDCBD" w14:textId="77777777" w:rsidR="003B3609" w:rsidRDefault="00000000">
            <w:r w:rsidRPr="00F26D0F">
              <w:rPr>
                <w:lang w:val="pl-PL"/>
              </w:rPr>
              <w:t xml:space="preserve">Za </w:t>
            </w:r>
            <w:proofErr w:type="spellStart"/>
            <w:r w:rsidRPr="00F26D0F">
              <w:rPr>
                <w:lang w:val="pl-PL"/>
              </w:rPr>
              <w:t>Kupujícího</w:t>
            </w:r>
            <w:proofErr w:type="spellEnd"/>
            <w:r w:rsidRPr="00F26D0F">
              <w:rPr>
                <w:lang w:val="pl-PL"/>
              </w:rPr>
              <w:t>:</w:t>
            </w:r>
            <w:r w:rsidRPr="00F26D0F">
              <w:rPr>
                <w:lang w:val="pl-PL"/>
              </w:rPr>
              <w:br/>
            </w:r>
            <w:r w:rsidRPr="00F26D0F">
              <w:rPr>
                <w:lang w:val="pl-PL"/>
              </w:rPr>
              <w:br/>
              <w:t xml:space="preserve">V </w:t>
            </w:r>
            <w:proofErr w:type="spellStart"/>
            <w:r w:rsidRPr="00F26D0F">
              <w:rPr>
                <w:lang w:val="pl-PL"/>
              </w:rPr>
              <w:t>Nové</w:t>
            </w:r>
            <w:proofErr w:type="spellEnd"/>
            <w:r w:rsidRPr="00F26D0F">
              <w:rPr>
                <w:lang w:val="pl-PL"/>
              </w:rPr>
              <w:t xml:space="preserve"> Pace, </w:t>
            </w:r>
            <w:proofErr w:type="spellStart"/>
            <w:r w:rsidRPr="00F26D0F">
              <w:rPr>
                <w:lang w:val="pl-PL"/>
              </w:rPr>
              <w:t>dne</w:t>
            </w:r>
            <w:proofErr w:type="spellEnd"/>
            <w:r w:rsidRPr="00F26D0F">
              <w:rPr>
                <w:lang w:val="pl-PL"/>
              </w:rPr>
              <w:t xml:space="preserve"> ........................</w:t>
            </w:r>
            <w:r w:rsidRPr="00F26D0F">
              <w:rPr>
                <w:lang w:val="pl-PL"/>
              </w:rPr>
              <w:br/>
            </w:r>
            <w:r w:rsidRPr="00F26D0F">
              <w:rPr>
                <w:lang w:val="pl-PL"/>
              </w:rPr>
              <w:br/>
            </w:r>
            <w:r w:rsidRPr="00F26D0F">
              <w:rPr>
                <w:lang w:val="pl-PL"/>
              </w:rPr>
              <w:br/>
            </w:r>
            <w:r w:rsidRPr="00F26D0F">
              <w:rPr>
                <w:lang w:val="pl-PL"/>
              </w:rPr>
              <w:br/>
              <w:t>...........................................................</w:t>
            </w:r>
            <w:r w:rsidRPr="00F26D0F">
              <w:rPr>
                <w:lang w:val="pl-PL"/>
              </w:rPr>
              <w:br/>
            </w:r>
            <w:r>
              <w:t>Ing. Vladimír Šimek</w:t>
            </w:r>
            <w:r>
              <w:br/>
            </w:r>
            <w:proofErr w:type="spellStart"/>
            <w:r>
              <w:t>ředitel</w:t>
            </w:r>
            <w:proofErr w:type="spellEnd"/>
            <w:r>
              <w:t xml:space="preserve"> ÚSSM Nová Paka</w:t>
            </w:r>
          </w:p>
        </w:tc>
        <w:tc>
          <w:tcPr>
            <w:tcW w:w="4608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B00158" w14:textId="77777777" w:rsidR="003B3609" w:rsidRPr="00F26D0F" w:rsidRDefault="00000000">
            <w:pPr>
              <w:rPr>
                <w:lang w:val="pl-PL"/>
              </w:rPr>
            </w:pPr>
            <w:r w:rsidRPr="00F26D0F">
              <w:rPr>
                <w:lang w:val="pl-PL"/>
              </w:rPr>
              <w:t xml:space="preserve">Za </w:t>
            </w:r>
            <w:proofErr w:type="spellStart"/>
            <w:r w:rsidRPr="00F26D0F">
              <w:rPr>
                <w:lang w:val="pl-PL"/>
              </w:rPr>
              <w:t>Prodávajícího</w:t>
            </w:r>
            <w:proofErr w:type="spellEnd"/>
            <w:r w:rsidRPr="00F26D0F">
              <w:rPr>
                <w:lang w:val="pl-PL"/>
              </w:rPr>
              <w:t>:</w:t>
            </w:r>
            <w:r w:rsidRPr="00F26D0F">
              <w:rPr>
                <w:lang w:val="pl-PL"/>
              </w:rPr>
              <w:br/>
            </w:r>
            <w:r w:rsidRPr="00F26D0F">
              <w:rPr>
                <w:lang w:val="pl-PL"/>
              </w:rPr>
              <w:br/>
              <w:t xml:space="preserve">V ........................., </w:t>
            </w:r>
            <w:proofErr w:type="spellStart"/>
            <w:r w:rsidRPr="00F26D0F">
              <w:rPr>
                <w:lang w:val="pl-PL"/>
              </w:rPr>
              <w:t>dne</w:t>
            </w:r>
            <w:proofErr w:type="spellEnd"/>
            <w:r w:rsidRPr="00F26D0F">
              <w:rPr>
                <w:lang w:val="pl-PL"/>
              </w:rPr>
              <w:t xml:space="preserve"> ........................</w:t>
            </w:r>
            <w:r w:rsidRPr="00F26D0F">
              <w:rPr>
                <w:lang w:val="pl-PL"/>
              </w:rPr>
              <w:br/>
            </w:r>
            <w:r w:rsidRPr="00F26D0F">
              <w:rPr>
                <w:lang w:val="pl-PL"/>
              </w:rPr>
              <w:br/>
            </w:r>
            <w:r w:rsidRPr="00F26D0F">
              <w:rPr>
                <w:lang w:val="pl-PL"/>
              </w:rPr>
              <w:br/>
            </w:r>
            <w:r w:rsidRPr="00F26D0F">
              <w:rPr>
                <w:lang w:val="pl-PL"/>
              </w:rPr>
              <w:br/>
              <w:t>...........................................................</w:t>
            </w:r>
            <w:r w:rsidRPr="00F26D0F">
              <w:rPr>
                <w:lang w:val="pl-PL"/>
              </w:rPr>
              <w:br/>
              <w:t>[</w:t>
            </w:r>
            <w:proofErr w:type="spellStart"/>
            <w:r w:rsidRPr="00F26D0F">
              <w:rPr>
                <w:highlight w:val="lightGray"/>
                <w:lang w:val="pl-PL"/>
              </w:rPr>
              <w:t>Doplní</w:t>
            </w:r>
            <w:proofErr w:type="spellEnd"/>
            <w:r w:rsidRPr="00F26D0F">
              <w:rPr>
                <w:highlight w:val="lightGray"/>
                <w:lang w:val="pl-PL"/>
              </w:rPr>
              <w:t xml:space="preserve"> </w:t>
            </w:r>
            <w:proofErr w:type="spellStart"/>
            <w:r w:rsidRPr="00F26D0F">
              <w:rPr>
                <w:highlight w:val="lightGray"/>
                <w:lang w:val="pl-PL"/>
              </w:rPr>
              <w:t>uchazeč</w:t>
            </w:r>
            <w:proofErr w:type="spellEnd"/>
            <w:r w:rsidRPr="00F26D0F">
              <w:rPr>
                <w:highlight w:val="lightGray"/>
                <w:lang w:val="pl-PL"/>
              </w:rPr>
              <w:t xml:space="preserve"> – </w:t>
            </w:r>
            <w:proofErr w:type="spellStart"/>
            <w:r w:rsidRPr="00F26D0F">
              <w:rPr>
                <w:highlight w:val="lightGray"/>
                <w:lang w:val="pl-PL"/>
              </w:rPr>
              <w:t>Jméno</w:t>
            </w:r>
            <w:proofErr w:type="spellEnd"/>
            <w:r w:rsidRPr="00F26D0F">
              <w:rPr>
                <w:highlight w:val="lightGray"/>
                <w:lang w:val="pl-PL"/>
              </w:rPr>
              <w:t xml:space="preserve"> a </w:t>
            </w:r>
            <w:proofErr w:type="spellStart"/>
            <w:r w:rsidRPr="00F26D0F">
              <w:rPr>
                <w:highlight w:val="lightGray"/>
                <w:lang w:val="pl-PL"/>
              </w:rPr>
              <w:t>funkce</w:t>
            </w:r>
            <w:proofErr w:type="spellEnd"/>
            <w:r w:rsidRPr="00F26D0F">
              <w:rPr>
                <w:highlight w:val="lightGray"/>
                <w:lang w:val="pl-PL"/>
              </w:rPr>
              <w:t>]</w:t>
            </w:r>
            <w:r w:rsidRPr="00F26D0F">
              <w:rPr>
                <w:highlight w:val="lightGray"/>
                <w:lang w:val="pl-PL"/>
              </w:rPr>
              <w:br/>
              <w:t>[</w:t>
            </w:r>
            <w:proofErr w:type="spellStart"/>
            <w:r w:rsidRPr="00F26D0F">
              <w:rPr>
                <w:highlight w:val="lightGray"/>
                <w:lang w:val="pl-PL"/>
              </w:rPr>
              <w:t>Obchodní</w:t>
            </w:r>
            <w:proofErr w:type="spellEnd"/>
            <w:r w:rsidRPr="00F26D0F">
              <w:rPr>
                <w:highlight w:val="lightGray"/>
                <w:lang w:val="pl-PL"/>
              </w:rPr>
              <w:t xml:space="preserve"> firma </w:t>
            </w:r>
            <w:proofErr w:type="spellStart"/>
            <w:r w:rsidRPr="00F26D0F">
              <w:rPr>
                <w:highlight w:val="lightGray"/>
                <w:lang w:val="pl-PL"/>
              </w:rPr>
              <w:t>Prodávajícího</w:t>
            </w:r>
            <w:proofErr w:type="spellEnd"/>
            <w:r w:rsidRPr="00F26D0F">
              <w:rPr>
                <w:highlight w:val="lightGray"/>
                <w:lang w:val="pl-PL"/>
              </w:rPr>
              <w:t>]</w:t>
            </w:r>
          </w:p>
        </w:tc>
      </w:tr>
    </w:tbl>
    <w:p w14:paraId="24B07929" w14:textId="77777777" w:rsidR="000D355E" w:rsidRPr="00F26D0F" w:rsidRDefault="000D355E">
      <w:pPr>
        <w:rPr>
          <w:lang w:val="pl-PL"/>
        </w:rPr>
      </w:pPr>
    </w:p>
    <w:sectPr w:rsidR="000D355E" w:rsidRPr="00F26D0F" w:rsidSect="00034616">
      <w:footerReference w:type="default" r:id="rId8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65A3A" w14:textId="77777777" w:rsidR="00B86A08" w:rsidRDefault="00B86A08" w:rsidP="00C53653">
      <w:pPr>
        <w:spacing w:after="0" w:line="240" w:lineRule="auto"/>
      </w:pPr>
      <w:r>
        <w:separator/>
      </w:r>
    </w:p>
  </w:endnote>
  <w:endnote w:type="continuationSeparator" w:id="0">
    <w:p w14:paraId="6A07F87C" w14:textId="77777777" w:rsidR="00B86A08" w:rsidRDefault="00B86A08" w:rsidP="00C536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66039663"/>
      <w:docPartObj>
        <w:docPartGallery w:val="Page Numbers (Bottom of Page)"/>
        <w:docPartUnique/>
      </w:docPartObj>
    </w:sdtPr>
    <w:sdtContent>
      <w:p w14:paraId="08742452" w14:textId="57AD3CBA" w:rsidR="00C53653" w:rsidRDefault="00C53653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cs-CZ"/>
          </w:rPr>
          <w:t>2</w:t>
        </w:r>
        <w:r>
          <w:fldChar w:fldCharType="end"/>
        </w:r>
      </w:p>
    </w:sdtContent>
  </w:sdt>
  <w:p w14:paraId="721A0129" w14:textId="77777777" w:rsidR="00C53653" w:rsidRDefault="00C5365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D88603" w14:textId="77777777" w:rsidR="00B86A08" w:rsidRDefault="00B86A08" w:rsidP="00C53653">
      <w:pPr>
        <w:spacing w:after="0" w:line="240" w:lineRule="auto"/>
      </w:pPr>
      <w:r>
        <w:separator/>
      </w:r>
    </w:p>
  </w:footnote>
  <w:footnote w:type="continuationSeparator" w:id="0">
    <w:p w14:paraId="3B79B07A" w14:textId="77777777" w:rsidR="00B86A08" w:rsidRDefault="00B86A08" w:rsidP="00C536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46571465">
    <w:abstractNumId w:val="8"/>
  </w:num>
  <w:num w:numId="2" w16cid:durableId="130709373">
    <w:abstractNumId w:val="6"/>
  </w:num>
  <w:num w:numId="3" w16cid:durableId="1445228546">
    <w:abstractNumId w:val="5"/>
  </w:num>
  <w:num w:numId="4" w16cid:durableId="1329291870">
    <w:abstractNumId w:val="4"/>
  </w:num>
  <w:num w:numId="5" w16cid:durableId="799690525">
    <w:abstractNumId w:val="7"/>
  </w:num>
  <w:num w:numId="6" w16cid:durableId="2032485243">
    <w:abstractNumId w:val="3"/>
  </w:num>
  <w:num w:numId="7" w16cid:durableId="353655400">
    <w:abstractNumId w:val="2"/>
  </w:num>
  <w:num w:numId="8" w16cid:durableId="1787961011">
    <w:abstractNumId w:val="1"/>
  </w:num>
  <w:num w:numId="9" w16cid:durableId="923690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355E"/>
    <w:rsid w:val="00107524"/>
    <w:rsid w:val="0015074B"/>
    <w:rsid w:val="0020306D"/>
    <w:rsid w:val="0029639D"/>
    <w:rsid w:val="00326F90"/>
    <w:rsid w:val="003A3C9B"/>
    <w:rsid w:val="003B3609"/>
    <w:rsid w:val="00475F8D"/>
    <w:rsid w:val="005418BE"/>
    <w:rsid w:val="005A2BF4"/>
    <w:rsid w:val="005E296D"/>
    <w:rsid w:val="00662155"/>
    <w:rsid w:val="007043C7"/>
    <w:rsid w:val="00725AA1"/>
    <w:rsid w:val="0080071A"/>
    <w:rsid w:val="009E23DF"/>
    <w:rsid w:val="00AA1D8D"/>
    <w:rsid w:val="00B33B2B"/>
    <w:rsid w:val="00B47730"/>
    <w:rsid w:val="00B55652"/>
    <w:rsid w:val="00B86A08"/>
    <w:rsid w:val="00C53653"/>
    <w:rsid w:val="00CB0664"/>
    <w:rsid w:val="00D55CD3"/>
    <w:rsid w:val="00F26D0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3D4CD79"/>
  <w14:defaultImageDpi w14:val="300"/>
  <w15:docId w15:val="{AE9C5B55-FF01-4E70-82CE-5FDA2FC4A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rPr>
      <w:rFonts w:ascii="Calibri" w:hAnsi="Calibri"/>
      <w:color w:val="262626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986</Words>
  <Characters>5824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6797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Zdena Skořepová</cp:lastModifiedBy>
  <cp:revision>12</cp:revision>
  <dcterms:created xsi:type="dcterms:W3CDTF">2026-09-25T10:29:00Z</dcterms:created>
  <dcterms:modified xsi:type="dcterms:W3CDTF">2026-10-05T09:06:00Z</dcterms:modified>
  <cp:category/>
</cp:coreProperties>
</file>