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9D4E" w14:textId="77777777" w:rsidR="006C2340" w:rsidRDefault="00000000">
      <w:pPr>
        <w:jc w:val="right"/>
      </w:pPr>
      <w:r>
        <w:rPr>
          <w:i/>
          <w:color w:val="666666"/>
          <w:sz w:val="18"/>
        </w:rPr>
        <w:t>Příloha č. 1 k Výzvě k podání nabídky</w:t>
      </w:r>
    </w:p>
    <w:p w14:paraId="46767FFE" w14:textId="77777777" w:rsidR="006C2340" w:rsidRDefault="00000000">
      <w:pPr>
        <w:spacing w:before="120" w:after="40"/>
        <w:jc w:val="center"/>
      </w:pPr>
      <w:r>
        <w:rPr>
          <w:b/>
          <w:color w:val="003366"/>
          <w:sz w:val="32"/>
        </w:rPr>
        <w:t>KRYCÍ LIST NABÍDKY</w:t>
      </w:r>
    </w:p>
    <w:p w14:paraId="4B191820" w14:textId="77777777" w:rsidR="006C2340" w:rsidRDefault="00000000">
      <w:pPr>
        <w:spacing w:after="280"/>
        <w:jc w:val="center"/>
      </w:pPr>
      <w:r>
        <w:rPr>
          <w:i/>
        </w:rPr>
        <w:t>pro veřejnou zakázku malého rozsahu na dodávku zboží:</w:t>
      </w:r>
      <w:r>
        <w:rPr>
          <w:i/>
        </w:rPr>
        <w:br/>
      </w:r>
      <w:r>
        <w:rPr>
          <w:b/>
          <w:color w:val="111111"/>
          <w:sz w:val="22"/>
        </w:rPr>
        <w:t>„Obnova vozového parku Pečovatelské služby – 3 ks osobních automobilů“</w:t>
      </w:r>
    </w:p>
    <w:p w14:paraId="1CBF7033" w14:textId="77777777" w:rsidR="006C2340" w:rsidRDefault="00000000">
      <w:pPr>
        <w:spacing w:before="160"/>
      </w:pPr>
      <w:r>
        <w:rPr>
          <w:b/>
          <w:color w:val="003366"/>
          <w:sz w:val="22"/>
        </w:rPr>
        <w:t>1. IDENTIFIKAČNÍ ÚDAJE ZADAVATELE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6C2340" w14:paraId="3C8A59B1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00F91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Název zadavatele:</w:t>
            </w:r>
          </w:p>
        </w:tc>
        <w:tc>
          <w:tcPr>
            <w:tcW w:w="67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232F8" w14:textId="77777777" w:rsidR="006C2340" w:rsidRDefault="00000000">
            <w:pPr>
              <w:spacing w:after="0"/>
            </w:pPr>
            <w:r>
              <w:rPr>
                <w:sz w:val="19"/>
              </w:rPr>
              <w:t>Ústav sociálních služeb města Nové Paky</w:t>
            </w:r>
          </w:p>
        </w:tc>
      </w:tr>
      <w:tr w:rsidR="006C2340" w14:paraId="7D1D3992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FB00C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Sídlo / Adresa:</w:t>
            </w:r>
          </w:p>
        </w:tc>
        <w:tc>
          <w:tcPr>
            <w:tcW w:w="67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1808B" w14:textId="77777777" w:rsidR="006C2340" w:rsidRDefault="00000000">
            <w:pPr>
              <w:spacing w:after="0"/>
            </w:pPr>
            <w:r>
              <w:rPr>
                <w:sz w:val="19"/>
              </w:rPr>
              <w:t>Svatojánská 494, 509 01 Nová Paka</w:t>
            </w:r>
          </w:p>
        </w:tc>
      </w:tr>
      <w:tr w:rsidR="006C2340" w14:paraId="3B8B51B2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369783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IČO / Zřizovatel:</w:t>
            </w:r>
          </w:p>
        </w:tc>
        <w:tc>
          <w:tcPr>
            <w:tcW w:w="67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F77FE" w14:textId="77777777" w:rsidR="006C2340" w:rsidRDefault="00000000">
            <w:pPr>
              <w:spacing w:after="0"/>
            </w:pPr>
            <w:r>
              <w:rPr>
                <w:sz w:val="19"/>
              </w:rPr>
              <w:t>601 17 150 / Město Nová Paka</w:t>
            </w:r>
          </w:p>
        </w:tc>
      </w:tr>
      <w:tr w:rsidR="006C2340" w14:paraId="2EB5D9BF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9EE68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Statutární orgán:</w:t>
            </w:r>
          </w:p>
        </w:tc>
        <w:tc>
          <w:tcPr>
            <w:tcW w:w="67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BF654" w14:textId="77777777" w:rsidR="006C2340" w:rsidRDefault="00000000">
            <w:pPr>
              <w:spacing w:after="0"/>
            </w:pPr>
            <w:r>
              <w:rPr>
                <w:sz w:val="19"/>
              </w:rPr>
              <w:t>Ing. Vladimír Šimek, ředitel zařízení</w:t>
            </w:r>
          </w:p>
        </w:tc>
      </w:tr>
    </w:tbl>
    <w:p w14:paraId="116F3713" w14:textId="77777777" w:rsidR="006C2340" w:rsidRDefault="00000000">
      <w:pPr>
        <w:spacing w:before="240"/>
      </w:pPr>
      <w:r>
        <w:rPr>
          <w:b/>
          <w:color w:val="003366"/>
          <w:sz w:val="22"/>
        </w:rPr>
        <w:t>2. IDENTIFIKAČNÍ ÚDAJE ÚČASTNÍKA (DODAVATELE)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6C2340" w14:paraId="59284414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A0A0B3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Obchodní firma / Název: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E6982D" w14:textId="77777777" w:rsidR="006C2340" w:rsidRDefault="006C2340">
            <w:pPr>
              <w:spacing w:after="0"/>
            </w:pPr>
          </w:p>
          <w:p w14:paraId="2AB97413" w14:textId="77777777" w:rsidR="00080C1B" w:rsidRDefault="00080C1B">
            <w:pPr>
              <w:spacing w:after="0"/>
            </w:pPr>
          </w:p>
          <w:p w14:paraId="1741FA33" w14:textId="235F98D5" w:rsidR="00080C1B" w:rsidRDefault="00080C1B">
            <w:pPr>
              <w:spacing w:after="0"/>
            </w:pPr>
          </w:p>
        </w:tc>
      </w:tr>
      <w:tr w:rsidR="006C2340" w14:paraId="1B56DC43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C88D07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Sídlo / Místo podnikání: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737E72" w14:textId="77777777" w:rsidR="006C2340" w:rsidRDefault="006C2340">
            <w:pPr>
              <w:spacing w:after="0"/>
            </w:pPr>
          </w:p>
          <w:p w14:paraId="239A8201" w14:textId="77777777" w:rsidR="00080C1B" w:rsidRDefault="00080C1B">
            <w:pPr>
              <w:spacing w:after="0"/>
            </w:pPr>
          </w:p>
          <w:p w14:paraId="40D7369C" w14:textId="27A6B853" w:rsidR="00080C1B" w:rsidRDefault="00080C1B">
            <w:pPr>
              <w:spacing w:after="0"/>
            </w:pPr>
          </w:p>
        </w:tc>
      </w:tr>
      <w:tr w:rsidR="006C2340" w14:paraId="74E6785E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4CA4CB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IČO / DIČ: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082E49" w14:textId="77777777" w:rsidR="006C2340" w:rsidRDefault="006C2340">
            <w:pPr>
              <w:spacing w:after="0"/>
            </w:pPr>
          </w:p>
          <w:p w14:paraId="40702053" w14:textId="77777777" w:rsidR="00080C1B" w:rsidRDefault="00080C1B">
            <w:pPr>
              <w:spacing w:after="0"/>
            </w:pPr>
          </w:p>
          <w:p w14:paraId="0D5AF144" w14:textId="797A2EE3" w:rsidR="00080C1B" w:rsidRDefault="00080C1B">
            <w:pPr>
              <w:spacing w:after="0"/>
            </w:pPr>
          </w:p>
        </w:tc>
      </w:tr>
      <w:tr w:rsidR="006C2340" w14:paraId="54A734B4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A4B6F8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Právní forma: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144330" w14:textId="77777777" w:rsidR="006C2340" w:rsidRDefault="006C2340">
            <w:pPr>
              <w:spacing w:after="0"/>
            </w:pPr>
          </w:p>
          <w:p w14:paraId="36FC9ED6" w14:textId="77777777" w:rsidR="00080C1B" w:rsidRDefault="00080C1B">
            <w:pPr>
              <w:spacing w:after="0"/>
            </w:pPr>
          </w:p>
          <w:p w14:paraId="720C15A4" w14:textId="2894E07A" w:rsidR="009E3BC8" w:rsidRDefault="009E3BC8">
            <w:pPr>
              <w:spacing w:after="0"/>
            </w:pPr>
          </w:p>
        </w:tc>
      </w:tr>
      <w:tr w:rsidR="006C2340" w14:paraId="58C60715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9DCE9C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Statutární orgán: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879FB0" w14:textId="77777777" w:rsidR="006C2340" w:rsidRDefault="006C2340">
            <w:pPr>
              <w:spacing w:after="0"/>
            </w:pPr>
          </w:p>
          <w:p w14:paraId="2329B6B1" w14:textId="77777777" w:rsidR="00080C1B" w:rsidRDefault="00080C1B">
            <w:pPr>
              <w:spacing w:after="0"/>
            </w:pPr>
          </w:p>
          <w:p w14:paraId="1A0BFBC2" w14:textId="196273F6" w:rsidR="00080C1B" w:rsidRDefault="00080C1B">
            <w:pPr>
              <w:spacing w:after="0"/>
            </w:pPr>
          </w:p>
        </w:tc>
      </w:tr>
      <w:tr w:rsidR="006C2340" w14:paraId="2CA97570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0AA704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Osoba oprávněná jednat: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2CD2C1" w14:textId="77777777" w:rsidR="006C2340" w:rsidRDefault="006C2340">
            <w:pPr>
              <w:spacing w:after="0"/>
            </w:pPr>
          </w:p>
          <w:p w14:paraId="653AEE41" w14:textId="77777777" w:rsidR="00080C1B" w:rsidRDefault="00080C1B">
            <w:pPr>
              <w:spacing w:after="0"/>
            </w:pPr>
          </w:p>
          <w:p w14:paraId="73B61DFD" w14:textId="12526DF5" w:rsidR="00080C1B" w:rsidRDefault="00080C1B">
            <w:pPr>
              <w:spacing w:after="0"/>
            </w:pPr>
          </w:p>
        </w:tc>
      </w:tr>
      <w:tr w:rsidR="006C2340" w14:paraId="171CAD63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0B0D58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>Telefon / E-mail:</w:t>
            </w: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51C747" w14:textId="77777777" w:rsidR="00080C1B" w:rsidRDefault="00080C1B">
            <w:pPr>
              <w:spacing w:after="0"/>
            </w:pPr>
          </w:p>
          <w:p w14:paraId="01D2A049" w14:textId="77777777" w:rsidR="00080C1B" w:rsidRDefault="00080C1B">
            <w:pPr>
              <w:spacing w:after="0"/>
            </w:pPr>
          </w:p>
          <w:p w14:paraId="4F0BE9FF" w14:textId="20D3226F" w:rsidR="00080C1B" w:rsidRDefault="00080C1B">
            <w:pPr>
              <w:spacing w:after="0"/>
            </w:pPr>
          </w:p>
        </w:tc>
      </w:tr>
      <w:tr w:rsidR="006C2340" w14:paraId="1EE04116" w14:textId="77777777">
        <w:trPr>
          <w:jc w:val="center"/>
        </w:trPr>
        <w:tc>
          <w:tcPr>
            <w:tcW w:w="2880" w:type="dxa"/>
            <w:shd w:val="clear" w:color="auto" w:fill="F2F4F8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C0559B" w14:textId="77777777" w:rsidR="006C2340" w:rsidRDefault="00000000">
            <w:pPr>
              <w:spacing w:after="0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Bankovní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spojení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Číslo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účtu</w:t>
            </w:r>
            <w:proofErr w:type="spellEnd"/>
            <w:r>
              <w:rPr>
                <w:b/>
                <w:sz w:val="19"/>
              </w:rPr>
              <w:t>:</w:t>
            </w:r>
          </w:p>
          <w:p w14:paraId="423468F6" w14:textId="77777777" w:rsidR="00E05F5E" w:rsidRDefault="00E05F5E">
            <w:pPr>
              <w:spacing w:after="0"/>
            </w:pPr>
          </w:p>
        </w:tc>
        <w:tc>
          <w:tcPr>
            <w:tcW w:w="6768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2D42CE" w14:textId="77777777" w:rsidR="006C2340" w:rsidRDefault="006C2340">
            <w:pPr>
              <w:spacing w:after="0"/>
            </w:pPr>
          </w:p>
          <w:p w14:paraId="6FAB6F78" w14:textId="5EDCC89A" w:rsidR="00080C1B" w:rsidRDefault="00080C1B">
            <w:pPr>
              <w:spacing w:after="0"/>
            </w:pPr>
          </w:p>
        </w:tc>
      </w:tr>
    </w:tbl>
    <w:p w14:paraId="1C2DB173" w14:textId="77777777" w:rsidR="006C2340" w:rsidRPr="00080C1B" w:rsidRDefault="00000000">
      <w:pPr>
        <w:spacing w:before="240"/>
        <w:rPr>
          <w:lang w:val="pl-PL"/>
        </w:rPr>
      </w:pPr>
      <w:r w:rsidRPr="00080C1B">
        <w:rPr>
          <w:b/>
          <w:color w:val="003366"/>
          <w:sz w:val="22"/>
          <w:lang w:val="pl-PL"/>
        </w:rPr>
        <w:t>3. REKAPITULACE NABÍDKOVÉ CENY A NABÍZENÝ TYP VOZIDLA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6C2340" w14:paraId="37AEC2B8" w14:textId="77777777">
        <w:trPr>
          <w:jc w:val="center"/>
        </w:trPr>
        <w:tc>
          <w:tcPr>
            <w:tcW w:w="2880" w:type="dxa"/>
            <w:shd w:val="clear" w:color="auto" w:fill="E6EC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D550E" w14:textId="77777777" w:rsidR="006C2340" w:rsidRDefault="00000000">
            <w:pPr>
              <w:spacing w:after="0"/>
            </w:pPr>
            <w:r>
              <w:rPr>
                <w:b/>
                <w:sz w:val="19"/>
              </w:rPr>
              <w:t xml:space="preserve">Značka, model a </w:t>
            </w:r>
            <w:proofErr w:type="spellStart"/>
            <w:r>
              <w:rPr>
                <w:b/>
                <w:sz w:val="19"/>
              </w:rPr>
              <w:t>přesná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typová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specifikace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vozidla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76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35842" w14:textId="77777777" w:rsidR="00080C1B" w:rsidRDefault="00000000">
            <w:pPr>
              <w:spacing w:after="0"/>
              <w:rPr>
                <w:color w:val="888888"/>
                <w:sz w:val="19"/>
              </w:rPr>
            </w:pPr>
            <w:r>
              <w:rPr>
                <w:color w:val="888888"/>
                <w:sz w:val="19"/>
              </w:rPr>
              <w:t>.</w:t>
            </w:r>
          </w:p>
          <w:p w14:paraId="355C8FB4" w14:textId="77777777" w:rsidR="00080C1B" w:rsidRDefault="00080C1B">
            <w:pPr>
              <w:spacing w:after="0"/>
              <w:rPr>
                <w:color w:val="888888"/>
                <w:sz w:val="19"/>
              </w:rPr>
            </w:pPr>
          </w:p>
          <w:p w14:paraId="5AA9EE64" w14:textId="77777777" w:rsidR="00080C1B" w:rsidRDefault="00080C1B">
            <w:pPr>
              <w:spacing w:after="0"/>
              <w:rPr>
                <w:color w:val="888888"/>
                <w:sz w:val="19"/>
              </w:rPr>
            </w:pPr>
          </w:p>
          <w:p w14:paraId="4C88DA1F" w14:textId="77777777" w:rsidR="00080C1B" w:rsidRDefault="00080C1B">
            <w:pPr>
              <w:spacing w:after="0"/>
              <w:rPr>
                <w:color w:val="888888"/>
                <w:sz w:val="19"/>
              </w:rPr>
            </w:pPr>
          </w:p>
          <w:p w14:paraId="33323FDD" w14:textId="77777777" w:rsidR="009E3BC8" w:rsidRDefault="009E3BC8">
            <w:pPr>
              <w:spacing w:after="0"/>
              <w:rPr>
                <w:color w:val="888888"/>
                <w:sz w:val="19"/>
              </w:rPr>
            </w:pPr>
          </w:p>
          <w:p w14:paraId="4DE4D88D" w14:textId="77777777" w:rsidR="00080C1B" w:rsidRDefault="00080C1B">
            <w:pPr>
              <w:spacing w:after="0"/>
              <w:rPr>
                <w:color w:val="888888"/>
                <w:sz w:val="19"/>
              </w:rPr>
            </w:pPr>
          </w:p>
          <w:p w14:paraId="420F6E7A" w14:textId="77777777" w:rsidR="006C2340" w:rsidRDefault="006C2340">
            <w:pPr>
              <w:spacing w:after="0"/>
            </w:pPr>
          </w:p>
          <w:p w14:paraId="54B4D07A" w14:textId="7B3AA86F" w:rsidR="00080C1B" w:rsidRDefault="00080C1B">
            <w:pPr>
              <w:spacing w:after="0"/>
            </w:pPr>
          </w:p>
        </w:tc>
      </w:tr>
    </w:tbl>
    <w:p w14:paraId="4670E3FC" w14:textId="77777777" w:rsidR="006C2340" w:rsidRDefault="006C2340">
      <w:pPr>
        <w:spacing w:after="40"/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2016"/>
        <w:gridCol w:w="2016"/>
        <w:gridCol w:w="2016"/>
      </w:tblGrid>
      <w:tr w:rsidR="006C2340" w:rsidRPr="00D20A22" w14:paraId="77210A46" w14:textId="77777777">
        <w:trPr>
          <w:jc w:val="center"/>
        </w:trPr>
        <w:tc>
          <w:tcPr>
            <w:tcW w:w="3600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E71DE6" w14:textId="77777777" w:rsidR="006C234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lastRenderedPageBreak/>
              <w:t>Položka / Předmět plnění</w:t>
            </w:r>
          </w:p>
        </w:tc>
        <w:tc>
          <w:tcPr>
            <w:tcW w:w="201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72FB37" w14:textId="77777777" w:rsidR="006C234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Cena bez DPH (Kč)</w:t>
            </w:r>
          </w:p>
        </w:tc>
        <w:tc>
          <w:tcPr>
            <w:tcW w:w="201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1C2DCB" w14:textId="77777777" w:rsidR="006C234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DPH 21 % (Kč)</w:t>
            </w:r>
          </w:p>
        </w:tc>
        <w:tc>
          <w:tcPr>
            <w:tcW w:w="2016" w:type="dxa"/>
            <w:shd w:val="clear" w:color="auto" w:fill="003366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15A328" w14:textId="77777777" w:rsidR="006C2340" w:rsidRPr="00080C1B" w:rsidRDefault="00000000">
            <w:pPr>
              <w:spacing w:after="0"/>
              <w:jc w:val="center"/>
              <w:rPr>
                <w:lang w:val="pl-PL"/>
              </w:rPr>
            </w:pPr>
            <w:proofErr w:type="spellStart"/>
            <w:r w:rsidRPr="00080C1B">
              <w:rPr>
                <w:b/>
                <w:color w:val="FFFFFF"/>
                <w:sz w:val="18"/>
                <w:lang w:val="pl-PL"/>
              </w:rPr>
              <w:t>Celková</w:t>
            </w:r>
            <w:proofErr w:type="spellEnd"/>
            <w:r w:rsidRPr="00080C1B">
              <w:rPr>
                <w:b/>
                <w:color w:val="FFFFFF"/>
                <w:sz w:val="18"/>
                <w:lang w:val="pl-PL"/>
              </w:rPr>
              <w:t xml:space="preserve"> cena s DPH (</w:t>
            </w:r>
            <w:proofErr w:type="spellStart"/>
            <w:r w:rsidRPr="00080C1B">
              <w:rPr>
                <w:b/>
                <w:color w:val="FFFFFF"/>
                <w:sz w:val="18"/>
                <w:lang w:val="pl-PL"/>
              </w:rPr>
              <w:t>Kč</w:t>
            </w:r>
            <w:proofErr w:type="spellEnd"/>
            <w:r w:rsidRPr="00080C1B">
              <w:rPr>
                <w:b/>
                <w:color w:val="FFFFFF"/>
                <w:sz w:val="18"/>
                <w:lang w:val="pl-PL"/>
              </w:rPr>
              <w:t>)</w:t>
            </w:r>
          </w:p>
        </w:tc>
      </w:tr>
      <w:tr w:rsidR="006C2340" w14:paraId="4B41CEB9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18B0003" w14:textId="77777777" w:rsidR="00D20A22" w:rsidRDefault="00D20A22">
            <w:pPr>
              <w:spacing w:after="0"/>
              <w:rPr>
                <w:sz w:val="19"/>
                <w:szCs w:val="19"/>
                <w:lang w:val="pl-PL"/>
              </w:rPr>
            </w:pPr>
          </w:p>
          <w:p w14:paraId="2EC24A85" w14:textId="77777777" w:rsidR="00D20A22" w:rsidRDefault="00D20A22">
            <w:pPr>
              <w:spacing w:after="0"/>
              <w:rPr>
                <w:sz w:val="19"/>
                <w:szCs w:val="19"/>
                <w:lang w:val="pl-PL"/>
              </w:rPr>
            </w:pPr>
          </w:p>
          <w:p w14:paraId="68ECCCA0" w14:textId="50217640" w:rsidR="006C2340" w:rsidRDefault="00000000">
            <w:pPr>
              <w:spacing w:after="0"/>
              <w:rPr>
                <w:sz w:val="19"/>
                <w:szCs w:val="19"/>
                <w:lang w:val="pl-PL"/>
              </w:rPr>
            </w:pPr>
            <w:proofErr w:type="spellStart"/>
            <w:r w:rsidRPr="00080C1B">
              <w:rPr>
                <w:sz w:val="19"/>
                <w:szCs w:val="19"/>
                <w:lang w:val="pl-PL"/>
              </w:rPr>
              <w:t>Nabídková</w:t>
            </w:r>
            <w:proofErr w:type="spellEnd"/>
            <w:r w:rsidRPr="00080C1B">
              <w:rPr>
                <w:sz w:val="19"/>
                <w:szCs w:val="19"/>
                <w:lang w:val="pl-PL"/>
              </w:rPr>
              <w:t xml:space="preserve"> cena za 1 </w:t>
            </w:r>
            <w:proofErr w:type="spellStart"/>
            <w:r w:rsidRPr="00080C1B">
              <w:rPr>
                <w:sz w:val="19"/>
                <w:szCs w:val="19"/>
                <w:lang w:val="pl-PL"/>
              </w:rPr>
              <w:t>ks</w:t>
            </w:r>
            <w:proofErr w:type="spellEnd"/>
            <w:r w:rsidRPr="00080C1B">
              <w:rPr>
                <w:sz w:val="19"/>
                <w:szCs w:val="19"/>
                <w:lang w:val="pl-PL"/>
              </w:rPr>
              <w:t xml:space="preserve"> vozidla</w:t>
            </w:r>
          </w:p>
          <w:p w14:paraId="3AC3478C" w14:textId="77777777" w:rsidR="00D20A22" w:rsidRPr="00080C1B" w:rsidRDefault="00D20A22">
            <w:pPr>
              <w:spacing w:after="0"/>
              <w:rPr>
                <w:sz w:val="19"/>
                <w:szCs w:val="19"/>
                <w:lang w:val="pl-PL"/>
              </w:rPr>
            </w:pPr>
          </w:p>
          <w:p w14:paraId="08F7F19F" w14:textId="77777777" w:rsidR="00080C1B" w:rsidRDefault="00080C1B">
            <w:pPr>
              <w:spacing w:after="0"/>
              <w:rPr>
                <w:lang w:val="pl-PL"/>
              </w:rPr>
            </w:pPr>
          </w:p>
          <w:p w14:paraId="499409FA" w14:textId="77777777" w:rsidR="00080C1B" w:rsidRPr="00080C1B" w:rsidRDefault="00080C1B">
            <w:pPr>
              <w:spacing w:after="0"/>
              <w:rPr>
                <w:lang w:val="pl-PL"/>
              </w:rPr>
            </w:pPr>
          </w:p>
        </w:tc>
        <w:tc>
          <w:tcPr>
            <w:tcW w:w="2016" w:type="dxa"/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AC25F3F" w14:textId="77777777" w:rsidR="00D20A22" w:rsidRPr="00D20A22" w:rsidRDefault="00D20A22">
            <w:pPr>
              <w:spacing w:after="0"/>
              <w:jc w:val="right"/>
              <w:rPr>
                <w:color w:val="888888"/>
                <w:sz w:val="18"/>
                <w:lang w:val="pl-PL"/>
              </w:rPr>
            </w:pPr>
          </w:p>
          <w:p w14:paraId="32E6824C" w14:textId="77777777" w:rsidR="00D20A22" w:rsidRPr="00D20A22" w:rsidRDefault="00D20A22">
            <w:pPr>
              <w:spacing w:after="0"/>
              <w:jc w:val="right"/>
              <w:rPr>
                <w:color w:val="888888"/>
                <w:sz w:val="18"/>
                <w:lang w:val="pl-PL"/>
              </w:rPr>
            </w:pPr>
          </w:p>
          <w:p w14:paraId="4F4FA10C" w14:textId="7DCCBFC9" w:rsidR="006C2340" w:rsidRDefault="00000000">
            <w:pPr>
              <w:spacing w:after="0"/>
              <w:jc w:val="right"/>
            </w:pPr>
            <w:r>
              <w:rPr>
                <w:color w:val="888888"/>
                <w:sz w:val="18"/>
              </w:rPr>
              <w:t>..................... Kč</w:t>
            </w:r>
          </w:p>
        </w:tc>
        <w:tc>
          <w:tcPr>
            <w:tcW w:w="2016" w:type="dxa"/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F2A659A" w14:textId="77777777" w:rsidR="00D20A22" w:rsidRDefault="00D20A22">
            <w:pPr>
              <w:spacing w:after="0"/>
              <w:jc w:val="right"/>
              <w:rPr>
                <w:color w:val="888888"/>
                <w:sz w:val="18"/>
              </w:rPr>
            </w:pPr>
          </w:p>
          <w:p w14:paraId="7CD5CFF7" w14:textId="77777777" w:rsidR="00D20A22" w:rsidRDefault="00D20A22">
            <w:pPr>
              <w:spacing w:after="0"/>
              <w:jc w:val="right"/>
              <w:rPr>
                <w:color w:val="888888"/>
                <w:sz w:val="18"/>
              </w:rPr>
            </w:pPr>
          </w:p>
          <w:p w14:paraId="3CE23269" w14:textId="0888A2AF" w:rsidR="006C2340" w:rsidRDefault="00000000">
            <w:pPr>
              <w:spacing w:after="0"/>
              <w:jc w:val="right"/>
            </w:pPr>
            <w:r>
              <w:rPr>
                <w:color w:val="888888"/>
                <w:sz w:val="18"/>
              </w:rPr>
              <w:t>...................... Kč</w:t>
            </w:r>
          </w:p>
        </w:tc>
        <w:tc>
          <w:tcPr>
            <w:tcW w:w="2016" w:type="dxa"/>
            <w:shd w:val="clear" w:color="auto" w:fill="FFFFFF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410A825" w14:textId="77777777" w:rsidR="00D20A22" w:rsidRDefault="00D20A22">
            <w:pPr>
              <w:spacing w:after="0"/>
              <w:jc w:val="right"/>
              <w:rPr>
                <w:color w:val="888888"/>
                <w:sz w:val="18"/>
              </w:rPr>
            </w:pPr>
          </w:p>
          <w:p w14:paraId="311C921D" w14:textId="77777777" w:rsidR="00D20A22" w:rsidRDefault="00D20A22">
            <w:pPr>
              <w:spacing w:after="0"/>
              <w:jc w:val="right"/>
              <w:rPr>
                <w:color w:val="888888"/>
                <w:sz w:val="18"/>
              </w:rPr>
            </w:pPr>
          </w:p>
          <w:p w14:paraId="4CB4B2F2" w14:textId="7E0F6EDA" w:rsidR="006C2340" w:rsidRDefault="00000000">
            <w:pPr>
              <w:spacing w:after="0"/>
              <w:jc w:val="right"/>
            </w:pPr>
            <w:r>
              <w:rPr>
                <w:color w:val="888888"/>
                <w:sz w:val="18"/>
              </w:rPr>
              <w:t>...................... Kč</w:t>
            </w:r>
          </w:p>
        </w:tc>
      </w:tr>
      <w:tr w:rsidR="006C2340" w14:paraId="6B47ECFA" w14:textId="77777777">
        <w:trPr>
          <w:jc w:val="center"/>
        </w:trPr>
        <w:tc>
          <w:tcPr>
            <w:tcW w:w="3600" w:type="dxa"/>
            <w:shd w:val="clear" w:color="auto" w:fill="E6ECF5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1781223" w14:textId="77777777" w:rsidR="00D20A22" w:rsidRDefault="00D20A22">
            <w:pPr>
              <w:spacing w:after="0"/>
              <w:rPr>
                <w:b/>
                <w:color w:val="003366"/>
                <w:sz w:val="19"/>
                <w:lang w:val="pl-PL"/>
              </w:rPr>
            </w:pPr>
          </w:p>
          <w:p w14:paraId="59976F71" w14:textId="301E322F" w:rsidR="00080C1B" w:rsidRDefault="00000000">
            <w:pPr>
              <w:spacing w:after="0"/>
              <w:rPr>
                <w:b/>
                <w:color w:val="003366"/>
                <w:sz w:val="19"/>
                <w:lang w:val="pl-PL"/>
              </w:rPr>
            </w:pPr>
            <w:r w:rsidRPr="00080C1B">
              <w:rPr>
                <w:b/>
                <w:color w:val="003366"/>
                <w:sz w:val="19"/>
                <w:lang w:val="pl-PL"/>
              </w:rPr>
              <w:t xml:space="preserve">CELKOVÁ NABÍDKOVÁ CENA </w:t>
            </w:r>
          </w:p>
          <w:p w14:paraId="58025A8F" w14:textId="77777777" w:rsidR="006C2340" w:rsidRDefault="00000000">
            <w:pPr>
              <w:spacing w:after="0"/>
              <w:rPr>
                <w:b/>
                <w:color w:val="003366"/>
                <w:sz w:val="19"/>
                <w:lang w:val="pl-PL"/>
              </w:rPr>
            </w:pPr>
            <w:r w:rsidRPr="00080C1B">
              <w:rPr>
                <w:b/>
                <w:color w:val="003366"/>
                <w:sz w:val="19"/>
                <w:lang w:val="pl-PL"/>
              </w:rPr>
              <w:t>ZA 3 KS VOZIDEL</w:t>
            </w:r>
          </w:p>
          <w:p w14:paraId="7BC651FB" w14:textId="77777777" w:rsidR="00D20A22" w:rsidRDefault="00D20A22">
            <w:pPr>
              <w:spacing w:after="0"/>
              <w:rPr>
                <w:b/>
                <w:color w:val="003366"/>
                <w:sz w:val="19"/>
                <w:lang w:val="pl-PL"/>
              </w:rPr>
            </w:pPr>
          </w:p>
          <w:p w14:paraId="36A45CC2" w14:textId="5F72FE6C" w:rsidR="00080C1B" w:rsidRPr="00080C1B" w:rsidRDefault="00080C1B">
            <w:pPr>
              <w:spacing w:after="0"/>
              <w:rPr>
                <w:lang w:val="pl-PL"/>
              </w:rPr>
            </w:pPr>
          </w:p>
        </w:tc>
        <w:tc>
          <w:tcPr>
            <w:tcW w:w="2016" w:type="dxa"/>
            <w:shd w:val="clear" w:color="auto" w:fill="E6ECF5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884CDE6" w14:textId="77777777" w:rsidR="00D20A22" w:rsidRDefault="00D20A22">
            <w:pPr>
              <w:spacing w:after="0"/>
              <w:jc w:val="right"/>
              <w:rPr>
                <w:b/>
                <w:color w:val="111111"/>
                <w:sz w:val="19"/>
              </w:rPr>
            </w:pPr>
          </w:p>
          <w:p w14:paraId="109CCE9B" w14:textId="77777777" w:rsidR="00D20A22" w:rsidRDefault="00D20A22">
            <w:pPr>
              <w:spacing w:after="0"/>
              <w:jc w:val="right"/>
              <w:rPr>
                <w:b/>
                <w:color w:val="111111"/>
                <w:sz w:val="19"/>
              </w:rPr>
            </w:pPr>
          </w:p>
          <w:p w14:paraId="5A87583D" w14:textId="49DBCEE4" w:rsidR="006C2340" w:rsidRDefault="00000000">
            <w:pPr>
              <w:spacing w:after="0"/>
              <w:jc w:val="right"/>
            </w:pPr>
            <w:r>
              <w:rPr>
                <w:b/>
                <w:color w:val="111111"/>
                <w:sz w:val="19"/>
              </w:rPr>
              <w:t>...................... Kč</w:t>
            </w:r>
          </w:p>
        </w:tc>
        <w:tc>
          <w:tcPr>
            <w:tcW w:w="2016" w:type="dxa"/>
            <w:shd w:val="clear" w:color="auto" w:fill="E6ECF5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0B8E3BD" w14:textId="77777777" w:rsidR="00D20A22" w:rsidRDefault="00D20A22">
            <w:pPr>
              <w:spacing w:after="0"/>
              <w:jc w:val="right"/>
              <w:rPr>
                <w:b/>
                <w:color w:val="111111"/>
                <w:sz w:val="19"/>
              </w:rPr>
            </w:pPr>
          </w:p>
          <w:p w14:paraId="54162EE5" w14:textId="77777777" w:rsidR="00D20A22" w:rsidRDefault="00D20A22">
            <w:pPr>
              <w:spacing w:after="0"/>
              <w:jc w:val="right"/>
              <w:rPr>
                <w:b/>
                <w:color w:val="111111"/>
                <w:sz w:val="19"/>
              </w:rPr>
            </w:pPr>
          </w:p>
          <w:p w14:paraId="15510D3B" w14:textId="6005A84B" w:rsidR="006C2340" w:rsidRDefault="00000000">
            <w:pPr>
              <w:spacing w:after="0"/>
              <w:jc w:val="right"/>
            </w:pPr>
            <w:r>
              <w:rPr>
                <w:b/>
                <w:color w:val="111111"/>
                <w:sz w:val="19"/>
              </w:rPr>
              <w:t>...................... Kč</w:t>
            </w:r>
          </w:p>
        </w:tc>
        <w:tc>
          <w:tcPr>
            <w:tcW w:w="2016" w:type="dxa"/>
            <w:shd w:val="clear" w:color="auto" w:fill="E6ECF5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3997A14" w14:textId="77777777" w:rsidR="00D20A22" w:rsidRDefault="00D20A22">
            <w:pPr>
              <w:spacing w:after="0"/>
              <w:jc w:val="right"/>
              <w:rPr>
                <w:b/>
                <w:color w:val="111111"/>
                <w:sz w:val="19"/>
              </w:rPr>
            </w:pPr>
          </w:p>
          <w:p w14:paraId="21370C85" w14:textId="77777777" w:rsidR="00D20A22" w:rsidRDefault="00D20A22">
            <w:pPr>
              <w:spacing w:after="0"/>
              <w:jc w:val="right"/>
              <w:rPr>
                <w:b/>
                <w:color w:val="111111"/>
                <w:sz w:val="19"/>
              </w:rPr>
            </w:pPr>
          </w:p>
          <w:p w14:paraId="61754794" w14:textId="21ED21D1" w:rsidR="006C2340" w:rsidRDefault="00000000">
            <w:pPr>
              <w:spacing w:after="0"/>
              <w:jc w:val="right"/>
            </w:pPr>
            <w:r>
              <w:rPr>
                <w:b/>
                <w:color w:val="111111"/>
                <w:sz w:val="19"/>
              </w:rPr>
              <w:t>...................... Kč</w:t>
            </w:r>
          </w:p>
        </w:tc>
      </w:tr>
    </w:tbl>
    <w:p w14:paraId="5310A85C" w14:textId="77777777" w:rsidR="00D20A22" w:rsidRPr="00D20A22" w:rsidRDefault="00D20A22" w:rsidP="00D20A22">
      <w:pPr>
        <w:spacing w:before="80" w:after="240"/>
        <w:rPr>
          <w:i/>
          <w:color w:val="555555"/>
          <w:sz w:val="17"/>
        </w:rPr>
      </w:pPr>
      <w:proofErr w:type="spellStart"/>
      <w:r w:rsidRPr="00D20A22">
        <w:rPr>
          <w:i/>
          <w:color w:val="555555"/>
          <w:sz w:val="17"/>
        </w:rPr>
        <w:t>Poznámka</w:t>
      </w:r>
      <w:proofErr w:type="spellEnd"/>
      <w:r w:rsidRPr="00D20A22">
        <w:rPr>
          <w:i/>
          <w:color w:val="555555"/>
          <w:sz w:val="17"/>
        </w:rPr>
        <w:t xml:space="preserve">: </w:t>
      </w:r>
      <w:proofErr w:type="spellStart"/>
      <w:r w:rsidRPr="00D20A22">
        <w:rPr>
          <w:i/>
          <w:color w:val="555555"/>
          <w:sz w:val="17"/>
        </w:rPr>
        <w:t>Celková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nabídková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cena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obsahuje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veškeré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náklady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spojené</w:t>
      </w:r>
      <w:proofErr w:type="spellEnd"/>
      <w:r w:rsidRPr="00D20A22">
        <w:rPr>
          <w:i/>
          <w:color w:val="555555"/>
          <w:sz w:val="17"/>
        </w:rPr>
        <w:t xml:space="preserve"> s </w:t>
      </w:r>
      <w:proofErr w:type="spellStart"/>
      <w:r w:rsidRPr="00D20A22">
        <w:rPr>
          <w:i/>
          <w:color w:val="555555"/>
          <w:sz w:val="17"/>
        </w:rPr>
        <w:t>plněním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zakázky</w:t>
      </w:r>
      <w:proofErr w:type="spellEnd"/>
      <w:r w:rsidRPr="00D20A22">
        <w:rPr>
          <w:i/>
          <w:color w:val="555555"/>
          <w:sz w:val="17"/>
        </w:rPr>
        <w:t xml:space="preserve"> (3 </w:t>
      </w:r>
      <w:proofErr w:type="spellStart"/>
      <w:r w:rsidRPr="00D20A22">
        <w:rPr>
          <w:i/>
          <w:color w:val="555555"/>
          <w:sz w:val="17"/>
        </w:rPr>
        <w:t>ks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nová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vozidla</w:t>
      </w:r>
      <w:proofErr w:type="spellEnd"/>
      <w:r w:rsidRPr="00D20A22">
        <w:rPr>
          <w:i/>
          <w:color w:val="555555"/>
          <w:sz w:val="17"/>
        </w:rPr>
        <w:t xml:space="preserve">, </w:t>
      </w:r>
      <w:proofErr w:type="spellStart"/>
      <w:r w:rsidRPr="00D20A22">
        <w:rPr>
          <w:i/>
          <w:color w:val="555555"/>
          <w:sz w:val="17"/>
        </w:rPr>
        <w:t>metalický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lak</w:t>
      </w:r>
      <w:proofErr w:type="spellEnd"/>
      <w:r w:rsidRPr="00D20A22">
        <w:rPr>
          <w:i/>
          <w:color w:val="555555"/>
          <w:sz w:val="17"/>
        </w:rPr>
        <w:t xml:space="preserve">, </w:t>
      </w:r>
      <w:proofErr w:type="spellStart"/>
      <w:r w:rsidRPr="00D20A22">
        <w:rPr>
          <w:i/>
          <w:color w:val="555555"/>
          <w:sz w:val="17"/>
        </w:rPr>
        <w:t>povinná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výbava</w:t>
      </w:r>
      <w:proofErr w:type="spellEnd"/>
      <w:r w:rsidRPr="00D20A22">
        <w:rPr>
          <w:i/>
          <w:color w:val="555555"/>
          <w:sz w:val="17"/>
        </w:rPr>
        <w:t xml:space="preserve">, </w:t>
      </w:r>
      <w:proofErr w:type="spellStart"/>
      <w:r w:rsidRPr="00D20A22">
        <w:rPr>
          <w:i/>
          <w:color w:val="555555"/>
          <w:sz w:val="17"/>
        </w:rPr>
        <w:t>variabilní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podlaha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kufru</w:t>
      </w:r>
      <w:proofErr w:type="spellEnd"/>
      <w:r w:rsidRPr="00D20A22">
        <w:rPr>
          <w:i/>
          <w:color w:val="555555"/>
          <w:sz w:val="17"/>
        </w:rPr>
        <w:t xml:space="preserve">, </w:t>
      </w:r>
      <w:proofErr w:type="spellStart"/>
      <w:r w:rsidRPr="00D20A22">
        <w:rPr>
          <w:i/>
          <w:color w:val="555555"/>
          <w:sz w:val="17"/>
        </w:rPr>
        <w:t>doplňková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výbava</w:t>
      </w:r>
      <w:proofErr w:type="spellEnd"/>
      <w:r w:rsidRPr="00D20A22">
        <w:rPr>
          <w:i/>
          <w:color w:val="555555"/>
          <w:sz w:val="17"/>
        </w:rPr>
        <w:t xml:space="preserve">, </w:t>
      </w:r>
      <w:proofErr w:type="spellStart"/>
      <w:r w:rsidRPr="00D20A22">
        <w:rPr>
          <w:i/>
          <w:color w:val="555555"/>
          <w:sz w:val="17"/>
        </w:rPr>
        <w:t>prodloužená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záruka</w:t>
      </w:r>
      <w:proofErr w:type="spellEnd"/>
      <w:r w:rsidRPr="00D20A22">
        <w:rPr>
          <w:i/>
          <w:color w:val="555555"/>
          <w:sz w:val="17"/>
        </w:rPr>
        <w:t xml:space="preserve"> 5 let / 60 000 km, </w:t>
      </w:r>
      <w:proofErr w:type="spellStart"/>
      <w:r w:rsidRPr="00D20A22">
        <w:rPr>
          <w:i/>
          <w:color w:val="555555"/>
          <w:sz w:val="17"/>
        </w:rPr>
        <w:t>předprodejní</w:t>
      </w:r>
      <w:proofErr w:type="spellEnd"/>
      <w:r w:rsidRPr="00D20A22">
        <w:rPr>
          <w:i/>
          <w:color w:val="555555"/>
          <w:sz w:val="17"/>
        </w:rPr>
        <w:t xml:space="preserve"> </w:t>
      </w:r>
      <w:proofErr w:type="spellStart"/>
      <w:r w:rsidRPr="00D20A22">
        <w:rPr>
          <w:i/>
          <w:color w:val="555555"/>
          <w:sz w:val="17"/>
        </w:rPr>
        <w:t>servis</w:t>
      </w:r>
      <w:proofErr w:type="spellEnd"/>
      <w:r w:rsidRPr="00D20A22">
        <w:rPr>
          <w:i/>
          <w:color w:val="555555"/>
          <w:sz w:val="17"/>
        </w:rPr>
        <w:t>).</w:t>
      </w:r>
    </w:p>
    <w:p w14:paraId="6ED81FB9" w14:textId="77777777" w:rsidR="00D20A22" w:rsidRDefault="00D20A22">
      <w:pPr>
        <w:spacing w:before="120"/>
        <w:rPr>
          <w:b/>
          <w:color w:val="003366"/>
          <w:sz w:val="22"/>
        </w:rPr>
      </w:pPr>
    </w:p>
    <w:p w14:paraId="612BF13C" w14:textId="3F099CFB" w:rsidR="006C2340" w:rsidRDefault="00000000">
      <w:pPr>
        <w:spacing w:before="120"/>
      </w:pPr>
      <w:r>
        <w:rPr>
          <w:b/>
          <w:color w:val="003366"/>
          <w:sz w:val="22"/>
        </w:rPr>
        <w:t>4. PROHLÁŠENÍ ÚČASTNÍKA A PODPIS OPRÁVNĚNÉ OSOBY</w:t>
      </w:r>
    </w:p>
    <w:p w14:paraId="6DD277BD" w14:textId="77777777" w:rsidR="006C2340" w:rsidRDefault="00000000">
      <w:pPr>
        <w:spacing w:after="320"/>
      </w:pPr>
      <w:r>
        <w:rPr>
          <w:sz w:val="18"/>
        </w:rPr>
        <w:t>Prohlašuji tímto, že výše uvedené údaje jsou pravdivé, nabídka bezvýhradně akceptuje všechny podmínky stanovené zadavatelem ve Výzvě k podání nabídky a nabízená vozidla plně splňují všechny požadované minimální technické parametry.</w:t>
      </w:r>
    </w:p>
    <w:p w14:paraId="569DA5C3" w14:textId="77777777" w:rsidR="00080C1B" w:rsidRDefault="00080C1B">
      <w:pPr>
        <w:spacing w:before="240" w:after="0"/>
        <w:rPr>
          <w:sz w:val="19"/>
        </w:rPr>
      </w:pPr>
    </w:p>
    <w:p w14:paraId="54353E24" w14:textId="199DD268" w:rsidR="00080C1B" w:rsidRDefault="00000000">
      <w:pPr>
        <w:spacing w:before="240" w:after="0"/>
        <w:rPr>
          <w:sz w:val="19"/>
        </w:rPr>
      </w:pPr>
      <w:r>
        <w:rPr>
          <w:sz w:val="19"/>
        </w:rPr>
        <w:t>V ............................................................ dne ........................................</w:t>
      </w:r>
      <w:r>
        <w:rPr>
          <w:sz w:val="19"/>
        </w:rPr>
        <w:br/>
      </w:r>
      <w:r>
        <w:rPr>
          <w:sz w:val="19"/>
        </w:rPr>
        <w:br/>
      </w:r>
      <w:r>
        <w:rPr>
          <w:sz w:val="19"/>
        </w:rPr>
        <w:br/>
      </w:r>
    </w:p>
    <w:p w14:paraId="3E4891E9" w14:textId="63447479" w:rsidR="006C2340" w:rsidRDefault="00000000">
      <w:pPr>
        <w:spacing w:before="240" w:after="0"/>
      </w:pPr>
      <w:r>
        <w:rPr>
          <w:sz w:val="19"/>
        </w:rPr>
        <w:br/>
        <w:t>.......................................................................................................</w:t>
      </w:r>
      <w:r>
        <w:rPr>
          <w:sz w:val="19"/>
        </w:rPr>
        <w:br/>
      </w:r>
      <w:r>
        <w:rPr>
          <w:b/>
          <w:sz w:val="18"/>
        </w:rPr>
        <w:t>Podpis oprávněné osoby / Razítko účastníka</w:t>
      </w:r>
      <w:r>
        <w:rPr>
          <w:b/>
          <w:sz w:val="18"/>
        </w:rPr>
        <w:br/>
      </w:r>
      <w:r>
        <w:rPr>
          <w:i/>
          <w:color w:val="666666"/>
          <w:sz w:val="17"/>
        </w:rPr>
        <w:t>Jméno, příjmení a funkce oprávněné osoby</w:t>
      </w:r>
    </w:p>
    <w:sectPr w:rsidR="006C2340" w:rsidSect="00080C1B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70EA" w14:textId="77777777" w:rsidR="00E9678E" w:rsidRDefault="00E9678E">
      <w:pPr>
        <w:spacing w:after="0" w:line="240" w:lineRule="auto"/>
      </w:pPr>
      <w:r>
        <w:separator/>
      </w:r>
    </w:p>
  </w:endnote>
  <w:endnote w:type="continuationSeparator" w:id="0">
    <w:p w14:paraId="2C936376" w14:textId="77777777" w:rsidR="00E9678E" w:rsidRDefault="00E9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E67E" w14:textId="77777777" w:rsidR="006C2340" w:rsidRDefault="006C23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C761C" w14:textId="77777777" w:rsidR="00E9678E" w:rsidRDefault="00E9678E">
      <w:pPr>
        <w:spacing w:after="0" w:line="240" w:lineRule="auto"/>
      </w:pPr>
      <w:r>
        <w:separator/>
      </w:r>
    </w:p>
  </w:footnote>
  <w:footnote w:type="continuationSeparator" w:id="0">
    <w:p w14:paraId="10173454" w14:textId="77777777" w:rsidR="00E9678E" w:rsidRDefault="00E96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23A88" w14:textId="77777777" w:rsidR="006C2340" w:rsidRDefault="006C234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0830769">
    <w:abstractNumId w:val="8"/>
  </w:num>
  <w:num w:numId="2" w16cid:durableId="1496414705">
    <w:abstractNumId w:val="6"/>
  </w:num>
  <w:num w:numId="3" w16cid:durableId="2045667613">
    <w:abstractNumId w:val="5"/>
  </w:num>
  <w:num w:numId="4" w16cid:durableId="1689216624">
    <w:abstractNumId w:val="4"/>
  </w:num>
  <w:num w:numId="5" w16cid:durableId="1748529962">
    <w:abstractNumId w:val="7"/>
  </w:num>
  <w:num w:numId="6" w16cid:durableId="1482886006">
    <w:abstractNumId w:val="3"/>
  </w:num>
  <w:num w:numId="7" w16cid:durableId="1988512763">
    <w:abstractNumId w:val="2"/>
  </w:num>
  <w:num w:numId="8" w16cid:durableId="1068965712">
    <w:abstractNumId w:val="1"/>
  </w:num>
  <w:num w:numId="9" w16cid:durableId="87720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C1B"/>
    <w:rsid w:val="0015074B"/>
    <w:rsid w:val="0028780E"/>
    <w:rsid w:val="0029639D"/>
    <w:rsid w:val="00326F90"/>
    <w:rsid w:val="00550238"/>
    <w:rsid w:val="0068138E"/>
    <w:rsid w:val="006C2340"/>
    <w:rsid w:val="007043C7"/>
    <w:rsid w:val="00975065"/>
    <w:rsid w:val="009E3BC8"/>
    <w:rsid w:val="00AA1D8D"/>
    <w:rsid w:val="00B314FD"/>
    <w:rsid w:val="00B47730"/>
    <w:rsid w:val="00C73D18"/>
    <w:rsid w:val="00CB0664"/>
    <w:rsid w:val="00D20A22"/>
    <w:rsid w:val="00E05F5E"/>
    <w:rsid w:val="00E9678E"/>
    <w:rsid w:val="00F67349"/>
    <w:rsid w:val="00FC693F"/>
    <w:rsid w:val="00FF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B6EE62"/>
  <w14:defaultImageDpi w14:val="300"/>
  <w15:docId w15:val="{D87E03BE-D36E-48DD-A02E-4641B894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Arial" w:hAnsi="Arial"/>
      <w:color w:val="222222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Zdena Skořepová</cp:lastModifiedBy>
  <cp:revision>2</cp:revision>
  <cp:lastPrinted>2026-09-25T09:57:00Z</cp:lastPrinted>
  <dcterms:created xsi:type="dcterms:W3CDTF">2026-10-05T05:46:00Z</dcterms:created>
  <dcterms:modified xsi:type="dcterms:W3CDTF">2026-10-05T05:46:00Z</dcterms:modified>
  <cp:category/>
</cp:coreProperties>
</file>